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41B0C" w14:textId="77777777" w:rsidR="00E92636" w:rsidRDefault="00E92636">
      <w:pPr>
        <w:pStyle w:val="Titolo"/>
        <w:jc w:val="center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3CAEBF2A" wp14:editId="16E88AA6">
            <wp:simplePos x="0" y="0"/>
            <wp:positionH relativeFrom="column">
              <wp:posOffset>285750</wp:posOffset>
            </wp:positionH>
            <wp:positionV relativeFrom="paragraph">
              <wp:posOffset>-582930</wp:posOffset>
            </wp:positionV>
            <wp:extent cx="4772025" cy="1590674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9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E7D98" w14:textId="77777777" w:rsidR="00E92636" w:rsidRDefault="00E92636" w:rsidP="00FD0F12">
      <w:pPr>
        <w:pStyle w:val="Titolo"/>
        <w:spacing w:line="360" w:lineRule="auto"/>
        <w:rPr>
          <w:lang w:val="it-IT"/>
        </w:rPr>
      </w:pPr>
    </w:p>
    <w:p w14:paraId="2A84E8B7" w14:textId="77777777" w:rsidR="0003006D" w:rsidRPr="00ED28D6" w:rsidRDefault="007F1AD0" w:rsidP="00FD0F12">
      <w:pPr>
        <w:pStyle w:val="Titolo"/>
        <w:jc w:val="center"/>
        <w:rPr>
          <w:color w:val="76923C" w:themeColor="accent3" w:themeShade="BF"/>
          <w:lang w:val="it-IT"/>
        </w:rPr>
      </w:pPr>
      <w:r w:rsidRPr="00ED28D6">
        <w:rPr>
          <w:color w:val="76923C" w:themeColor="accent3" w:themeShade="BF"/>
          <w:lang w:val="it-IT"/>
        </w:rPr>
        <w:t>TERRAE DI SCHINOSA – CORATINA</w:t>
      </w:r>
    </w:p>
    <w:tbl>
      <w:tblPr>
        <w:tblW w:w="10065" w:type="dxa"/>
        <w:tblInd w:w="-601" w:type="dxa"/>
        <w:tblLook w:val="04A0" w:firstRow="1" w:lastRow="0" w:firstColumn="1" w:lastColumn="0" w:noHBand="0" w:noVBand="1"/>
      </w:tblPr>
      <w:tblGrid>
        <w:gridCol w:w="4537"/>
        <w:gridCol w:w="5528"/>
      </w:tblGrid>
      <w:tr w:rsidR="0003006D" w:rsidRPr="009A1B1D" w14:paraId="5BEE4BD2" w14:textId="77777777" w:rsidTr="00343DA6">
        <w:tc>
          <w:tcPr>
            <w:tcW w:w="4537" w:type="dxa"/>
          </w:tcPr>
          <w:p w14:paraId="5D57BBA9" w14:textId="402EC07A" w:rsidR="0003006D" w:rsidRPr="007F1AD0" w:rsidRDefault="00FA31DE" w:rsidP="00E92636">
            <w:pPr>
              <w:rPr>
                <w:i/>
                <w:color w:val="76923C" w:themeColor="accent3" w:themeShade="BF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60288" behindDoc="1" locked="0" layoutInCell="1" allowOverlap="1" wp14:anchorId="1626FC0A" wp14:editId="709FCE17">
                  <wp:simplePos x="0" y="0"/>
                  <wp:positionH relativeFrom="margin">
                    <wp:posOffset>1085215</wp:posOffset>
                  </wp:positionH>
                  <wp:positionV relativeFrom="margin">
                    <wp:posOffset>361315</wp:posOffset>
                  </wp:positionV>
                  <wp:extent cx="7489190" cy="9629775"/>
                  <wp:effectExtent l="0" t="0" r="0" b="9525"/>
                  <wp:wrapNone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E SCHINOSA_filigrana.pn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190" cy="962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92636" w:rsidRPr="007F1AD0">
              <w:rPr>
                <w:b/>
                <w:i/>
                <w:color w:val="76923C" w:themeColor="accent3" w:themeShade="BF"/>
                <w:lang w:val="it-IT"/>
              </w:rPr>
              <w:t>La forza del nostro sole, la potenza del nostro territorio</w:t>
            </w:r>
            <w:r w:rsidR="00E92636" w:rsidRPr="007F1AD0">
              <w:rPr>
                <w:i/>
                <w:color w:val="76923C" w:themeColor="accent3" w:themeShade="BF"/>
                <w:lang w:val="it-IT"/>
              </w:rPr>
              <w:t>.</w:t>
            </w:r>
          </w:p>
          <w:p w14:paraId="09C72EBF" w14:textId="77777777" w:rsidR="00343DA6" w:rsidRDefault="007F1AD0" w:rsidP="00E92636">
            <w:pPr>
              <w:rPr>
                <w:lang w:val="it-IT"/>
              </w:rPr>
            </w:pPr>
            <w:r w:rsidRPr="007F1AD0">
              <w:rPr>
                <w:b/>
                <w:i/>
                <w:noProof/>
                <w:color w:val="9BBB59" w:themeColor="accent3"/>
                <w:lang w:val="it-IT" w:eastAsia="it-IT"/>
              </w:rPr>
              <w:drawing>
                <wp:anchor distT="0" distB="0" distL="114300" distR="114300" simplePos="0" relativeHeight="251660799" behindDoc="1" locked="0" layoutInCell="1" allowOverlap="1" wp14:anchorId="7804FAE4" wp14:editId="7219F17D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75565</wp:posOffset>
                  </wp:positionV>
                  <wp:extent cx="1766570" cy="5924550"/>
                  <wp:effectExtent l="0" t="0" r="0" b="0"/>
                  <wp:wrapThrough wrapText="bothSides">
                    <wp:wrapPolygon edited="0">
                      <wp:start x="9550" y="278"/>
                      <wp:lineTo x="7454" y="486"/>
                      <wp:lineTo x="6289" y="833"/>
                      <wp:lineTo x="5823" y="5973"/>
                      <wp:lineTo x="2329" y="7570"/>
                      <wp:lineTo x="1398" y="8195"/>
                      <wp:lineTo x="932" y="9307"/>
                      <wp:lineTo x="1630" y="13752"/>
                      <wp:lineTo x="2562" y="18197"/>
                      <wp:lineTo x="2562" y="19308"/>
                      <wp:lineTo x="0" y="19516"/>
                      <wp:lineTo x="0" y="20836"/>
                      <wp:lineTo x="3028" y="21531"/>
                      <wp:lineTo x="13510" y="21531"/>
                      <wp:lineTo x="20032" y="21392"/>
                      <wp:lineTo x="21196" y="20905"/>
                      <wp:lineTo x="19566" y="20419"/>
                      <wp:lineTo x="19333" y="19447"/>
                      <wp:lineTo x="19100" y="19308"/>
                      <wp:lineTo x="20497" y="10418"/>
                      <wp:lineTo x="20265" y="8195"/>
                      <wp:lineTo x="18634" y="7293"/>
                      <wp:lineTo x="15606" y="5973"/>
                      <wp:lineTo x="15373" y="903"/>
                      <wp:lineTo x="13976" y="486"/>
                      <wp:lineTo x="11646" y="278"/>
                      <wp:lineTo x="9550" y="278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CORATINA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58FB87" w14:textId="77777777" w:rsidR="00343DA6" w:rsidRDefault="00343DA6" w:rsidP="00E92636">
            <w:pPr>
              <w:rPr>
                <w:lang w:val="it-IT"/>
              </w:rPr>
            </w:pPr>
          </w:p>
          <w:p w14:paraId="25B62EFB" w14:textId="77777777" w:rsidR="00343DA6" w:rsidRDefault="00343DA6" w:rsidP="00E92636">
            <w:pPr>
              <w:rPr>
                <w:lang w:val="it-IT"/>
              </w:rPr>
            </w:pPr>
          </w:p>
          <w:p w14:paraId="59350ADB" w14:textId="77777777" w:rsidR="00343DA6" w:rsidRDefault="00343DA6" w:rsidP="00E92636">
            <w:pPr>
              <w:rPr>
                <w:lang w:val="it-IT"/>
              </w:rPr>
            </w:pPr>
          </w:p>
          <w:p w14:paraId="62EE4BD3" w14:textId="77777777" w:rsidR="00343DA6" w:rsidRDefault="00343DA6" w:rsidP="00E92636">
            <w:pPr>
              <w:rPr>
                <w:lang w:val="it-IT"/>
              </w:rPr>
            </w:pPr>
          </w:p>
          <w:p w14:paraId="6ADFB671" w14:textId="77777777" w:rsidR="00343DA6" w:rsidRDefault="00343DA6" w:rsidP="00E92636">
            <w:pPr>
              <w:rPr>
                <w:lang w:val="it-IT"/>
              </w:rPr>
            </w:pPr>
          </w:p>
          <w:p w14:paraId="2366F042" w14:textId="77777777" w:rsidR="00343DA6" w:rsidRDefault="00343DA6" w:rsidP="00E92636">
            <w:pPr>
              <w:rPr>
                <w:lang w:val="it-IT"/>
              </w:rPr>
            </w:pPr>
          </w:p>
          <w:p w14:paraId="3F1BDA56" w14:textId="77777777" w:rsidR="00343DA6" w:rsidRDefault="00343DA6" w:rsidP="00E92636">
            <w:pPr>
              <w:rPr>
                <w:lang w:val="it-IT"/>
              </w:rPr>
            </w:pPr>
          </w:p>
          <w:p w14:paraId="2A93DE39" w14:textId="77777777" w:rsidR="00343DA6" w:rsidRDefault="00343DA6" w:rsidP="00E92636">
            <w:pPr>
              <w:rPr>
                <w:lang w:val="it-IT"/>
              </w:rPr>
            </w:pPr>
          </w:p>
          <w:p w14:paraId="05C10767" w14:textId="77777777" w:rsidR="00343DA6" w:rsidRDefault="00343DA6" w:rsidP="00E92636">
            <w:pPr>
              <w:rPr>
                <w:lang w:val="it-IT"/>
              </w:rPr>
            </w:pPr>
          </w:p>
          <w:p w14:paraId="5945B3F6" w14:textId="77777777" w:rsidR="00343DA6" w:rsidRDefault="00343DA6" w:rsidP="00E92636">
            <w:pPr>
              <w:rPr>
                <w:lang w:val="it-IT"/>
              </w:rPr>
            </w:pPr>
          </w:p>
          <w:p w14:paraId="6215D163" w14:textId="77777777" w:rsidR="00343DA6" w:rsidRDefault="00343DA6" w:rsidP="00E92636">
            <w:pPr>
              <w:rPr>
                <w:lang w:val="it-IT"/>
              </w:rPr>
            </w:pPr>
          </w:p>
          <w:p w14:paraId="7A0EA7D1" w14:textId="77777777" w:rsidR="00343DA6" w:rsidRDefault="00343DA6" w:rsidP="00E92636">
            <w:pPr>
              <w:rPr>
                <w:lang w:val="it-IT"/>
              </w:rPr>
            </w:pPr>
          </w:p>
          <w:p w14:paraId="1F48E980" w14:textId="77777777" w:rsidR="00343DA6" w:rsidRDefault="00343DA6" w:rsidP="00E92636">
            <w:pPr>
              <w:rPr>
                <w:lang w:val="it-IT"/>
              </w:rPr>
            </w:pPr>
          </w:p>
          <w:p w14:paraId="4B328E9E" w14:textId="77777777" w:rsidR="00343DA6" w:rsidRDefault="00343DA6" w:rsidP="00E92636">
            <w:pPr>
              <w:rPr>
                <w:lang w:val="it-IT"/>
              </w:rPr>
            </w:pPr>
          </w:p>
          <w:p w14:paraId="6D96294C" w14:textId="77777777" w:rsidR="00343DA6" w:rsidRPr="00343DA6" w:rsidRDefault="00343DA6" w:rsidP="00343DA6">
            <w:pPr>
              <w:rPr>
                <w:i/>
                <w:lang w:val="it-IT"/>
              </w:rPr>
            </w:pPr>
          </w:p>
        </w:tc>
        <w:tc>
          <w:tcPr>
            <w:tcW w:w="5528" w:type="dxa"/>
          </w:tcPr>
          <w:p w14:paraId="34BB4A03" w14:textId="77777777" w:rsidR="00343DA6" w:rsidRDefault="00343DA6" w:rsidP="00343DA6">
            <w:pPr>
              <w:pStyle w:val="Titolo1"/>
              <w:spacing w:before="120" w:line="240" w:lineRule="auto"/>
              <w:contextualSpacing/>
              <w:rPr>
                <w:color w:val="76923C" w:themeColor="accent3" w:themeShade="BF"/>
                <w:lang w:val="it-IT"/>
              </w:rPr>
            </w:pPr>
            <w:r w:rsidRPr="007F1AD0">
              <w:rPr>
                <w:color w:val="9BBB59"/>
                <w:lang w:val="it-IT"/>
                <w14:textFill>
                  <w14:solidFill>
                    <w14:srgbClr w14:val="9BBB59">
                      <w14:lumMod w14:val="75000"/>
                    </w14:srgbClr>
                  </w14:solidFill>
                </w14:textFill>
              </w:rPr>
              <w:t>BOT</w:t>
            </w:r>
            <w:r>
              <w:rPr>
                <w:color w:val="76923C" w:themeColor="accent3" w:themeShade="BF"/>
                <w:lang w:val="it-IT"/>
              </w:rPr>
              <w:t>TIGLIA</w:t>
            </w:r>
          </w:p>
          <w:p w14:paraId="1013233E" w14:textId="459E2BF9" w:rsidR="007669A5" w:rsidRDefault="00343DA6" w:rsidP="007669A5">
            <w:pPr>
              <w:pStyle w:val="Titolo1"/>
              <w:spacing w:before="120" w:line="240" w:lineRule="atLeast"/>
              <w:contextualSpacing/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it-IT"/>
              </w:rPr>
            </w:pPr>
            <w:r w:rsidRPr="00343DA6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it-IT"/>
              </w:rPr>
              <w:t>La nostra bottiglia iconica, una forma in vetro esclusiva e personalizzata, con serigrafato a rilievo il nome della nostra famiglia</w:t>
            </w:r>
            <w:r w:rsidR="00EC47DD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it-IT"/>
              </w:rPr>
              <w:t xml:space="preserve">, </w:t>
            </w:r>
            <w:r w:rsidRPr="00343DA6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it-IT"/>
              </w:rPr>
              <w:t xml:space="preserve">il ns brand, colorazione che richiama il verde acceso </w:t>
            </w:r>
            <w:r w:rsidR="00EC47DD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it-IT"/>
              </w:rPr>
              <w:t xml:space="preserve">e brillante </w:t>
            </w:r>
            <w:r w:rsidRPr="00343DA6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it-IT"/>
              </w:rPr>
              <w:t>delle ns olive, tappo anti-rabbocco.</w:t>
            </w:r>
          </w:p>
          <w:p w14:paraId="493BC64F" w14:textId="77777777" w:rsidR="007669A5" w:rsidRPr="007669A5" w:rsidRDefault="007669A5" w:rsidP="00687449">
            <w:pPr>
              <w:spacing w:after="120" w:line="240" w:lineRule="auto"/>
              <w:rPr>
                <w:lang w:val="it-IT"/>
              </w:rPr>
            </w:pPr>
          </w:p>
          <w:p w14:paraId="153394CD" w14:textId="77777777" w:rsidR="003E5988" w:rsidRPr="00ED28D6" w:rsidRDefault="003E5988" w:rsidP="007669A5">
            <w:pPr>
              <w:pStyle w:val="Titolo1"/>
              <w:spacing w:before="0" w:line="240" w:lineRule="auto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IDENTITÀ</w:t>
            </w:r>
          </w:p>
          <w:p w14:paraId="76E0369D" w14:textId="77777777" w:rsidR="003E5988" w:rsidRDefault="003E5988" w:rsidP="00687449">
            <w:pPr>
              <w:spacing w:after="120" w:line="120" w:lineRule="atLeast"/>
              <w:contextualSpacing/>
              <w:rPr>
                <w:lang w:val="it-IT"/>
              </w:rPr>
            </w:pPr>
            <w:r w:rsidRPr="00AE0079">
              <w:rPr>
                <w:lang w:val="it-IT"/>
              </w:rPr>
              <w:t>Zona di origine: Puglia – Trani</w:t>
            </w:r>
            <w:r w:rsidRPr="00AE0079">
              <w:rPr>
                <w:lang w:val="it-IT"/>
              </w:rPr>
              <w:br/>
              <w:t>Cultivar: 100% Coratina</w:t>
            </w:r>
            <w:r w:rsidRPr="00AE0079">
              <w:rPr>
                <w:lang w:val="it-IT"/>
              </w:rPr>
              <w:br/>
              <w:t>Raccolta: Meccanica, anticipata</w:t>
            </w:r>
            <w:r w:rsidRPr="00AE0079">
              <w:rPr>
                <w:lang w:val="it-IT"/>
              </w:rPr>
              <w:br/>
              <w:t>Metodo di estrazione: A freddo, ciclo</w:t>
            </w:r>
            <w:r>
              <w:rPr>
                <w:lang w:val="it-IT"/>
              </w:rPr>
              <w:t xml:space="preserve"> continuo a due fasi (AMENDUNI)</w:t>
            </w:r>
          </w:p>
          <w:p w14:paraId="129C2371" w14:textId="77777777" w:rsidR="007669A5" w:rsidRPr="00AE0079" w:rsidRDefault="007669A5" w:rsidP="00687449">
            <w:pPr>
              <w:spacing w:after="120" w:line="120" w:lineRule="atLeast"/>
              <w:contextualSpacing/>
              <w:rPr>
                <w:lang w:val="it-IT"/>
              </w:rPr>
            </w:pPr>
          </w:p>
          <w:p w14:paraId="0B086A04" w14:textId="77777777" w:rsidR="003E5988" w:rsidRPr="00ED28D6" w:rsidRDefault="003E5988" w:rsidP="00687449">
            <w:pPr>
              <w:pStyle w:val="Titolo1"/>
              <w:spacing w:before="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PROFILO SENSORIALE</w:t>
            </w:r>
          </w:p>
          <w:p w14:paraId="5CD7C543" w14:textId="266010DE" w:rsidR="003E5988" w:rsidRPr="00AE0079" w:rsidRDefault="003E5988" w:rsidP="00687449">
            <w:pPr>
              <w:spacing w:after="0" w:line="120" w:lineRule="atLeast"/>
              <w:contextualSpacing/>
              <w:rPr>
                <w:lang w:val="it-IT"/>
              </w:rPr>
            </w:pPr>
            <w:r w:rsidRPr="00AE0079">
              <w:rPr>
                <w:lang w:val="it-IT"/>
              </w:rPr>
              <w:t>Colore: Verde smeraldo con unghia dorata</w:t>
            </w:r>
            <w:r w:rsidRPr="00AE0079">
              <w:rPr>
                <w:lang w:val="it-IT"/>
              </w:rPr>
              <w:br/>
              <w:t xml:space="preserve">Profumo: </w:t>
            </w:r>
            <w:r w:rsidR="00DD5676">
              <w:rPr>
                <w:lang w:val="it-IT"/>
              </w:rPr>
              <w:t>Fruttato verticale verdissimo, m</w:t>
            </w:r>
            <w:r w:rsidRPr="00AE0079">
              <w:rPr>
                <w:lang w:val="it-IT"/>
              </w:rPr>
              <w:t>andorla verde, foglia di pomodoro, note balsamiche</w:t>
            </w:r>
            <w:r w:rsidRPr="00AE0079">
              <w:rPr>
                <w:lang w:val="it-IT"/>
              </w:rPr>
              <w:br/>
              <w:t xml:space="preserve">Gusto: </w:t>
            </w:r>
            <w:r w:rsidR="00DD5676">
              <w:rPr>
                <w:lang w:val="it-IT"/>
              </w:rPr>
              <w:t>sensazioni di mandorla e lattuga,</w:t>
            </w:r>
            <w:r>
              <w:rPr>
                <w:lang w:val="it-IT"/>
              </w:rPr>
              <w:t xml:space="preserve"> note vegetali fresche</w:t>
            </w:r>
            <w:r w:rsidR="00DD5676">
              <w:rPr>
                <w:lang w:val="it-IT"/>
              </w:rPr>
              <w:t>, foglia di ulivo e radicchio</w:t>
            </w:r>
          </w:p>
          <w:p w14:paraId="5CB782D0" w14:textId="77777777" w:rsidR="003E5988" w:rsidRPr="00ED28D6" w:rsidRDefault="003E5988" w:rsidP="007669A5">
            <w:pPr>
              <w:pStyle w:val="Titolo1"/>
              <w:spacing w:before="100" w:beforeAutospacing="1" w:line="240" w:lineRule="auto"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ANALISI CHIMICA</w:t>
            </w:r>
          </w:p>
          <w:p w14:paraId="07225FD9" w14:textId="77777777" w:rsidR="007669A5" w:rsidRPr="00AE0079" w:rsidRDefault="003E5988" w:rsidP="0024672A">
            <w:pPr>
              <w:spacing w:line="240" w:lineRule="auto"/>
              <w:rPr>
                <w:lang w:val="it-IT"/>
              </w:rPr>
            </w:pPr>
            <w:r w:rsidRPr="00AE0079">
              <w:rPr>
                <w:lang w:val="it-IT"/>
              </w:rPr>
              <w:t>Acidità: 0,20%</w:t>
            </w:r>
            <w:r w:rsidRPr="00AE0079">
              <w:rPr>
                <w:lang w:val="it-IT"/>
              </w:rPr>
              <w:br/>
              <w:t>Perossidi: 5,4</w:t>
            </w:r>
            <w:r w:rsidRPr="00AE0079">
              <w:rPr>
                <w:lang w:val="it-IT"/>
              </w:rPr>
              <w:br/>
              <w:t>K232: 1,72</w:t>
            </w:r>
            <w:r w:rsidRPr="00AE0079">
              <w:rPr>
                <w:lang w:val="it-IT"/>
              </w:rPr>
              <w:br/>
              <w:t>Panel Test: As</w:t>
            </w:r>
            <w:r>
              <w:rPr>
                <w:lang w:val="it-IT"/>
              </w:rPr>
              <w:t>senza di difetti – Fruttato ≥ 5</w:t>
            </w:r>
          </w:p>
          <w:p w14:paraId="4CC3CC17" w14:textId="77777777" w:rsidR="003E5988" w:rsidRPr="00ED28D6" w:rsidRDefault="003E5988" w:rsidP="007669A5">
            <w:pPr>
              <w:pStyle w:val="Titolo1"/>
              <w:spacing w:before="100" w:beforeAutospacing="1" w:line="240" w:lineRule="auto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ABBINAMENTI</w:t>
            </w:r>
          </w:p>
          <w:p w14:paraId="0E797A68" w14:textId="7D45BF4F" w:rsidR="003E5988" w:rsidRPr="00AE0079" w:rsidRDefault="003E5988" w:rsidP="0024672A">
            <w:pPr>
              <w:spacing w:line="240" w:lineRule="auto"/>
              <w:rPr>
                <w:lang w:val="it-IT"/>
              </w:rPr>
            </w:pPr>
            <w:r w:rsidRPr="00AE0079">
              <w:rPr>
                <w:lang w:val="it-IT"/>
              </w:rPr>
              <w:t>Formaggi freschi,</w:t>
            </w:r>
            <w:r w:rsidR="00DD5676">
              <w:rPr>
                <w:lang w:val="it-IT"/>
              </w:rPr>
              <w:t xml:space="preserve"> gelato,</w:t>
            </w:r>
            <w:r w:rsidRPr="00AE0079">
              <w:rPr>
                <w:lang w:val="it-IT"/>
              </w:rPr>
              <w:t xml:space="preserve"> dessert </w:t>
            </w:r>
            <w:r w:rsidR="00DD5676">
              <w:rPr>
                <w:lang w:val="it-IT"/>
              </w:rPr>
              <w:t xml:space="preserve">ed in generale piatti dolci e </w:t>
            </w:r>
            <w:r w:rsidRPr="00AE0079">
              <w:rPr>
                <w:lang w:val="it-IT"/>
              </w:rPr>
              <w:t xml:space="preserve">cremosi per </w:t>
            </w:r>
            <w:r w:rsidR="00DD5676">
              <w:rPr>
                <w:lang w:val="it-IT"/>
              </w:rPr>
              <w:t xml:space="preserve">dare carattere e </w:t>
            </w:r>
            <w:r w:rsidRPr="00AE0079">
              <w:rPr>
                <w:lang w:val="it-IT"/>
              </w:rPr>
              <w:t>contrasto.</w:t>
            </w:r>
          </w:p>
          <w:p w14:paraId="65599868" w14:textId="77777777" w:rsidR="003E5988" w:rsidRPr="00ED28D6" w:rsidRDefault="003E5988" w:rsidP="00687449">
            <w:pPr>
              <w:pStyle w:val="Titolo1"/>
              <w:spacing w:before="0" w:line="240" w:lineRule="auto"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FORMATI DISPONIBILI</w:t>
            </w:r>
          </w:p>
          <w:p w14:paraId="3938C990" w14:textId="77777777" w:rsidR="003E5988" w:rsidRPr="00AE0079" w:rsidRDefault="003E5988" w:rsidP="00687449">
            <w:pPr>
              <w:spacing w:after="100" w:afterAutospacing="1" w:line="120" w:lineRule="atLeast"/>
              <w:contextualSpacing/>
              <w:rPr>
                <w:lang w:val="it-IT"/>
              </w:rPr>
            </w:pPr>
            <w:r>
              <w:rPr>
                <w:lang w:val="it-IT"/>
              </w:rPr>
              <w:t>100 ml – 250 ml – 500 ml</w:t>
            </w:r>
          </w:p>
          <w:p w14:paraId="529975D9" w14:textId="77777777" w:rsidR="003E5988" w:rsidRPr="00ED28D6" w:rsidRDefault="003E5988" w:rsidP="00687449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ED28D6">
              <w:rPr>
                <w:color w:val="76923C" w:themeColor="accent3" w:themeShade="BF"/>
                <w:lang w:val="it-IT"/>
              </w:rPr>
              <w:t>CONSERVAZIONE</w:t>
            </w:r>
            <w:r w:rsidR="00687449">
              <w:rPr>
                <w:color w:val="76923C" w:themeColor="accent3" w:themeShade="BF"/>
                <w:lang w:val="it-IT"/>
              </w:rPr>
              <w:tab/>
            </w:r>
          </w:p>
          <w:p w14:paraId="644AEC2F" w14:textId="77777777" w:rsidR="0024672A" w:rsidRDefault="003E5988" w:rsidP="009A1B1D">
            <w:pPr>
              <w:spacing w:after="0" w:line="120" w:lineRule="atLeast"/>
              <w:rPr>
                <w:lang w:val="it-IT"/>
              </w:rPr>
            </w:pPr>
            <w:r w:rsidRPr="00AE0079">
              <w:rPr>
                <w:lang w:val="it-IT"/>
              </w:rPr>
              <w:t>Conservare al riparo da luce e fonti di calore.</w:t>
            </w:r>
            <w:r w:rsidRPr="00AE0079">
              <w:rPr>
                <w:lang w:val="it-IT"/>
              </w:rPr>
              <w:br/>
            </w:r>
            <w:r w:rsidRPr="003E5988">
              <w:rPr>
                <w:lang w:val="it-IT"/>
              </w:rPr>
              <w:t>Temperatura ideale: 12–18 °C</w:t>
            </w:r>
          </w:p>
          <w:p w14:paraId="2953A58F" w14:textId="77777777" w:rsidR="009A1B1D" w:rsidRDefault="009A1B1D" w:rsidP="009A1B1D">
            <w:pPr>
              <w:spacing w:after="0" w:line="120" w:lineRule="atLeast"/>
              <w:rPr>
                <w:lang w:val="it-IT"/>
              </w:rPr>
            </w:pPr>
          </w:p>
          <w:p w14:paraId="09033AAA" w14:textId="77777777" w:rsidR="009A1B1D" w:rsidRPr="009A1B1D" w:rsidRDefault="009A1B1D" w:rsidP="009A1B1D">
            <w:pPr>
              <w:spacing w:after="0" w:line="120" w:lineRule="atLeast"/>
              <w:rPr>
                <w:rFonts w:eastAsia="Times New Roman" w:cs="Times New Roman"/>
                <w:b/>
                <w:color w:val="76923C" w:themeColor="accent3" w:themeShade="BF"/>
                <w:lang w:val="it-IT" w:eastAsia="it-IT"/>
              </w:rPr>
            </w:pPr>
            <w:r w:rsidRPr="009A1B1D">
              <w:rPr>
                <w:b/>
                <w:lang w:val="it-IT"/>
              </w:rPr>
              <w:t>Non contiene allergeni né OGM.</w:t>
            </w:r>
          </w:p>
        </w:tc>
      </w:tr>
    </w:tbl>
    <w:p w14:paraId="5FDF9CBE" w14:textId="77777777" w:rsidR="00FD0F12" w:rsidRDefault="00842A17" w:rsidP="003461C5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3360" behindDoc="1" locked="0" layoutInCell="1" allowOverlap="1" wp14:anchorId="168CA737" wp14:editId="2CF7A96C">
            <wp:simplePos x="0" y="0"/>
            <wp:positionH relativeFrom="column">
              <wp:posOffset>342900</wp:posOffset>
            </wp:positionH>
            <wp:positionV relativeFrom="paragraph">
              <wp:posOffset>-630555</wp:posOffset>
            </wp:positionV>
            <wp:extent cx="4773295" cy="1591310"/>
            <wp:effectExtent l="0" t="0" r="8255" b="8890"/>
            <wp:wrapThrough wrapText="bothSides">
              <wp:wrapPolygon edited="0">
                <wp:start x="0" y="0"/>
                <wp:lineTo x="0" y="21462"/>
                <wp:lineTo x="21551" y="21462"/>
                <wp:lineTo x="21551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CFC9E" w14:textId="77777777" w:rsidR="00842A17" w:rsidRDefault="00842A17" w:rsidP="003461C5">
      <w:pPr>
        <w:rPr>
          <w:lang w:val="it-IT"/>
        </w:rPr>
      </w:pPr>
    </w:p>
    <w:p w14:paraId="5BC3F9D6" w14:textId="77777777" w:rsidR="00842A17" w:rsidRDefault="00842A17" w:rsidP="003461C5">
      <w:pPr>
        <w:rPr>
          <w:lang w:val="it-IT"/>
        </w:rPr>
      </w:pPr>
    </w:p>
    <w:p w14:paraId="085468AD" w14:textId="77777777" w:rsidR="00842A17" w:rsidRDefault="00842A17" w:rsidP="003461C5">
      <w:pPr>
        <w:rPr>
          <w:lang w:val="it-IT"/>
        </w:rPr>
      </w:pPr>
    </w:p>
    <w:p w14:paraId="294077D6" w14:textId="77777777" w:rsidR="00842A17" w:rsidRPr="001F3EA5" w:rsidRDefault="00842A17" w:rsidP="001F3EA5">
      <w:pPr>
        <w:pStyle w:val="Titolo"/>
        <w:jc w:val="center"/>
        <w:rPr>
          <w:color w:val="76923C" w:themeColor="accent3" w:themeShade="BF"/>
          <w:lang w:val="it-IT"/>
        </w:rPr>
      </w:pPr>
      <w:r w:rsidRPr="00842A17">
        <w:rPr>
          <w:color w:val="76923C" w:themeColor="accent3" w:themeShade="BF"/>
          <w:lang w:val="it-IT"/>
        </w:rPr>
        <w:t>TERRAE DI SCHINOSA – CORATINA</w:t>
      </w:r>
    </w:p>
    <w:p w14:paraId="29420F0E" w14:textId="77777777" w:rsidR="00842A17" w:rsidRPr="00842A17" w:rsidRDefault="00842A17" w:rsidP="003461C5">
      <w:pPr>
        <w:rPr>
          <w:rFonts w:ascii="Calibri" w:hAnsi="Calibri" w:cs="Calibri"/>
          <w:b/>
          <w:sz w:val="28"/>
          <w:szCs w:val="28"/>
          <w:lang w:val="it-IT"/>
        </w:rPr>
      </w:pPr>
      <w:r w:rsidRPr="00842A17">
        <w:rPr>
          <w:rFonts w:ascii="Calibri" w:hAnsi="Calibri" w:cs="Calibri"/>
          <w:b/>
          <w:color w:val="76923C" w:themeColor="accent3" w:themeShade="BF"/>
          <w:sz w:val="28"/>
          <w:szCs w:val="28"/>
          <w:lang w:val="it-IT"/>
        </w:rPr>
        <w:t>PREMI</w:t>
      </w:r>
      <w:r w:rsidRPr="00842A17">
        <w:rPr>
          <w:rFonts w:ascii="Calibri" w:hAnsi="Calibri" w:cs="Calibri"/>
          <w:b/>
          <w:sz w:val="28"/>
          <w:szCs w:val="28"/>
          <w:lang w:val="it-IT"/>
        </w:rPr>
        <w:t xml:space="preserve"> </w:t>
      </w:r>
    </w:p>
    <w:p w14:paraId="66485C68" w14:textId="31F37162" w:rsidR="003461C5" w:rsidRPr="003461C5" w:rsidRDefault="00FA31DE" w:rsidP="001F3EA5">
      <w:pPr>
        <w:spacing w:after="0" w:line="240" w:lineRule="atLeast"/>
        <w:contextualSpacing/>
        <w:rPr>
          <w:lang w:val="it-IT"/>
        </w:rPr>
      </w:pPr>
      <w:r w:rsidRPr="001F3EA5"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 wp14:anchorId="36246CA0" wp14:editId="2E68027A">
            <wp:simplePos x="0" y="0"/>
            <wp:positionH relativeFrom="column">
              <wp:posOffset>775970</wp:posOffset>
            </wp:positionH>
            <wp:positionV relativeFrom="paragraph">
              <wp:posOffset>149860</wp:posOffset>
            </wp:positionV>
            <wp:extent cx="7196455" cy="9254490"/>
            <wp:effectExtent l="0" t="0" r="4445" b="381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 SCHINOSA_filigrana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 trans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1C5" w:rsidRPr="003461C5">
        <w:rPr>
          <w:lang w:val="it-IT"/>
        </w:rPr>
        <w:t xml:space="preserve">• </w:t>
      </w:r>
      <w:r w:rsidR="000B378E">
        <w:rPr>
          <w:lang w:val="it-IT"/>
        </w:rPr>
        <w:tab/>
      </w:r>
      <w:r w:rsidR="003461C5" w:rsidRPr="003461C5">
        <w:rPr>
          <w:lang w:val="it-IT"/>
        </w:rPr>
        <w:t xml:space="preserve">International Olive Oil </w:t>
      </w:r>
      <w:proofErr w:type="gramStart"/>
      <w:r w:rsidR="003461C5" w:rsidRPr="003461C5">
        <w:rPr>
          <w:lang w:val="it-IT"/>
        </w:rPr>
        <w:t>Council  IOC</w:t>
      </w:r>
      <w:proofErr w:type="gramEnd"/>
      <w:r w:rsidR="003461C5" w:rsidRPr="003461C5">
        <w:rPr>
          <w:lang w:val="it-IT"/>
        </w:rPr>
        <w:t xml:space="preserve"> ‘’Mario Solinas (2023/2024)</w:t>
      </w:r>
    </w:p>
    <w:p w14:paraId="4A8CAFAA" w14:textId="2CBFA8E9" w:rsidR="000B378E" w:rsidRPr="000B378E" w:rsidRDefault="003461C5" w:rsidP="000B378E">
      <w:pPr>
        <w:spacing w:after="0" w:line="240" w:lineRule="atLeast"/>
        <w:contextualSpacing/>
        <w:rPr>
          <w:lang w:val="it-IT"/>
        </w:rPr>
      </w:pPr>
      <w:r w:rsidRPr="003461C5">
        <w:rPr>
          <w:lang w:val="it-IT"/>
        </w:rPr>
        <w:t>•</w:t>
      </w:r>
      <w:r w:rsidRPr="003461C5">
        <w:rPr>
          <w:lang w:val="it-IT"/>
        </w:rPr>
        <w:tab/>
        <w:t>Ercole Olivario 2024</w:t>
      </w:r>
      <w:r w:rsidR="000B378E">
        <w:rPr>
          <w:lang w:val="it-IT"/>
        </w:rPr>
        <w:t>-2025</w:t>
      </w:r>
    </w:p>
    <w:p w14:paraId="00E452B4" w14:textId="7EA2F95F" w:rsidR="000B378E" w:rsidRPr="000B378E" w:rsidRDefault="00842A17" w:rsidP="000B378E">
      <w:pPr>
        <w:spacing w:after="0" w:line="240" w:lineRule="atLeast"/>
        <w:contextualSpacing/>
        <w:rPr>
          <w:lang w:val="it-IT"/>
        </w:rPr>
      </w:pPr>
      <w:r>
        <w:rPr>
          <w:lang w:val="it-IT"/>
        </w:rPr>
        <w:t>•</w:t>
      </w:r>
      <w:r>
        <w:rPr>
          <w:lang w:val="it-IT"/>
        </w:rPr>
        <w:tab/>
        <w:t>Olio delle Sirene IGP</w:t>
      </w:r>
      <w:r w:rsidR="003461C5" w:rsidRPr="003461C5">
        <w:rPr>
          <w:lang w:val="it-IT"/>
        </w:rPr>
        <w:t xml:space="preserve"> 2025</w:t>
      </w:r>
      <w:r w:rsidR="000B378E">
        <w:rPr>
          <w:lang w:val="it-IT"/>
        </w:rPr>
        <w:t>- 2026</w:t>
      </w:r>
    </w:p>
    <w:p w14:paraId="60B3977A" w14:textId="7C393335" w:rsidR="003461C5" w:rsidRPr="003461C5" w:rsidRDefault="003461C5" w:rsidP="001F3EA5">
      <w:pPr>
        <w:spacing w:after="0" w:line="240" w:lineRule="atLeast"/>
        <w:contextualSpacing/>
        <w:rPr>
          <w:lang w:val="it-IT"/>
        </w:rPr>
      </w:pPr>
      <w:r w:rsidRPr="003461C5">
        <w:rPr>
          <w:lang w:val="it-IT"/>
        </w:rPr>
        <w:t>•</w:t>
      </w:r>
      <w:r w:rsidRPr="003461C5">
        <w:rPr>
          <w:lang w:val="it-IT"/>
        </w:rPr>
        <w:tab/>
        <w:t xml:space="preserve">SOL </w:t>
      </w:r>
      <w:r w:rsidR="000B378E">
        <w:rPr>
          <w:lang w:val="it-IT"/>
        </w:rPr>
        <w:t>G</w:t>
      </w:r>
      <w:r w:rsidRPr="003461C5">
        <w:rPr>
          <w:lang w:val="it-IT"/>
        </w:rPr>
        <w:t xml:space="preserve">ran </w:t>
      </w:r>
      <w:r w:rsidR="000B378E">
        <w:rPr>
          <w:lang w:val="it-IT"/>
        </w:rPr>
        <w:t>M</w:t>
      </w:r>
      <w:r w:rsidRPr="003461C5">
        <w:rPr>
          <w:lang w:val="it-IT"/>
        </w:rPr>
        <w:t xml:space="preserve">enzione </w:t>
      </w:r>
      <w:r w:rsidR="00842A17">
        <w:rPr>
          <w:lang w:val="it-IT"/>
        </w:rPr>
        <w:t>IGP</w:t>
      </w:r>
      <w:r w:rsidRPr="003461C5">
        <w:rPr>
          <w:lang w:val="it-IT"/>
        </w:rPr>
        <w:t xml:space="preserve"> 2025</w:t>
      </w:r>
      <w:r w:rsidR="000B378E">
        <w:rPr>
          <w:lang w:val="it-IT"/>
        </w:rPr>
        <w:t>- 2026</w:t>
      </w:r>
    </w:p>
    <w:p w14:paraId="64C713D3" w14:textId="67CDF910" w:rsidR="003461C5" w:rsidRPr="003461C5" w:rsidRDefault="003461C5" w:rsidP="001F3EA5">
      <w:pPr>
        <w:spacing w:after="0" w:line="240" w:lineRule="atLeast"/>
        <w:contextualSpacing/>
        <w:rPr>
          <w:lang w:val="it-IT"/>
        </w:rPr>
      </w:pPr>
      <w:r w:rsidRPr="003461C5">
        <w:rPr>
          <w:lang w:val="it-IT"/>
        </w:rPr>
        <w:t>•</w:t>
      </w:r>
      <w:r w:rsidRPr="003461C5">
        <w:rPr>
          <w:lang w:val="it-IT"/>
        </w:rPr>
        <w:tab/>
        <w:t xml:space="preserve">Oli d’Italia di Gambero Rosso Miglior Fruttato Medio </w:t>
      </w:r>
      <w:r w:rsidR="000B378E">
        <w:rPr>
          <w:lang w:val="it-IT"/>
        </w:rPr>
        <w:t>2024- 2025-2026</w:t>
      </w:r>
    </w:p>
    <w:p w14:paraId="44506868" w14:textId="3B3D2E50" w:rsidR="003461C5" w:rsidRPr="003461C5" w:rsidRDefault="003461C5" w:rsidP="001F3EA5">
      <w:pPr>
        <w:spacing w:after="0" w:line="240" w:lineRule="atLeast"/>
        <w:contextualSpacing/>
        <w:rPr>
          <w:lang w:val="it-IT"/>
        </w:rPr>
      </w:pPr>
      <w:r w:rsidRPr="003461C5">
        <w:rPr>
          <w:lang w:val="it-IT"/>
        </w:rPr>
        <w:t>•</w:t>
      </w:r>
      <w:r w:rsidRPr="003461C5">
        <w:rPr>
          <w:lang w:val="it-IT"/>
        </w:rPr>
        <w:tab/>
        <w:t>Tre foglie Gambero rosso 2025</w:t>
      </w:r>
      <w:r w:rsidR="000B378E">
        <w:rPr>
          <w:lang w:val="it-IT"/>
        </w:rPr>
        <w:t>- 2026</w:t>
      </w:r>
    </w:p>
    <w:p w14:paraId="5BC2470E" w14:textId="23627572" w:rsidR="003461C5" w:rsidRDefault="003461C5" w:rsidP="001F3EA5">
      <w:pPr>
        <w:spacing w:after="0" w:line="240" w:lineRule="atLeast"/>
        <w:contextualSpacing/>
        <w:rPr>
          <w:lang w:val="it-IT"/>
        </w:rPr>
      </w:pPr>
      <w:r w:rsidRPr="003461C5">
        <w:rPr>
          <w:lang w:val="it-IT"/>
        </w:rPr>
        <w:t>•</w:t>
      </w:r>
      <w:r w:rsidRPr="003461C5">
        <w:rPr>
          <w:lang w:val="it-IT"/>
        </w:rPr>
        <w:tab/>
        <w:t xml:space="preserve">SOL D’ORO 2024 </w:t>
      </w:r>
    </w:p>
    <w:p w14:paraId="03D9C12A" w14:textId="77777777" w:rsidR="000B378E" w:rsidRPr="000B378E" w:rsidRDefault="000B378E" w:rsidP="000B378E">
      <w:pPr>
        <w:spacing w:after="0" w:line="240" w:lineRule="atLeast"/>
        <w:rPr>
          <w:lang w:val="it-IT"/>
        </w:rPr>
      </w:pPr>
    </w:p>
    <w:p w14:paraId="472CC5CB" w14:textId="77777777" w:rsidR="00ED28D6" w:rsidRDefault="00ED28D6" w:rsidP="003461C5">
      <w:pPr>
        <w:rPr>
          <w:lang w:val="it-IT"/>
        </w:rPr>
      </w:pPr>
    </w:p>
    <w:p w14:paraId="4FE2137A" w14:textId="77777777" w:rsidR="00ED28D6" w:rsidRDefault="00ED28D6" w:rsidP="003461C5">
      <w:pPr>
        <w:rPr>
          <w:lang w:val="it-IT"/>
        </w:rPr>
      </w:pPr>
    </w:p>
    <w:p w14:paraId="2F11FE85" w14:textId="77777777" w:rsidR="001F3EA5" w:rsidRPr="00B37726" w:rsidRDefault="001F3EA5" w:rsidP="001F3EA5">
      <w:pPr>
        <w:pStyle w:val="Titolo1"/>
        <w:spacing w:before="120" w:line="240" w:lineRule="auto"/>
        <w:contextualSpacing/>
        <w:rPr>
          <w:rStyle w:val="Enfasigrassetto"/>
          <w:b/>
          <w:bCs/>
          <w:color w:val="76923C" w:themeColor="accent3" w:themeShade="BF"/>
          <w:lang w:val="it-IT"/>
        </w:rPr>
      </w:pPr>
      <w:r w:rsidRPr="00B37726">
        <w:rPr>
          <w:rStyle w:val="Enfasigrassetto"/>
          <w:b/>
          <w:bCs/>
          <w:color w:val="76923C" w:themeColor="accent3" w:themeShade="BF"/>
          <w:lang w:val="it-IT"/>
        </w:rPr>
        <w:t xml:space="preserve">TERRAE DI SCHINOSA – CORATINA </w:t>
      </w:r>
    </w:p>
    <w:p w14:paraId="605E0DEE" w14:textId="77777777" w:rsidR="001F3EA5" w:rsidRPr="001F3EA5" w:rsidRDefault="001F3EA5" w:rsidP="001F3EA5">
      <w:pPr>
        <w:pStyle w:val="Titolo3"/>
        <w:spacing w:before="0" w:line="120" w:lineRule="atLeast"/>
        <w:contextualSpacing/>
        <w:rPr>
          <w:color w:val="auto"/>
          <w:lang w:val="it-IT"/>
        </w:rPr>
      </w:pPr>
      <w:r w:rsidRPr="001F3EA5">
        <w:rPr>
          <w:color w:val="auto"/>
          <w:lang w:val="it-IT"/>
        </w:rPr>
        <w:t>Dati Logistici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8"/>
        <w:gridCol w:w="1202"/>
        <w:gridCol w:w="1536"/>
        <w:gridCol w:w="1217"/>
      </w:tblGrid>
      <w:tr w:rsidR="001F3EA5" w14:paraId="14D48731" w14:textId="77777777" w:rsidTr="001F3EA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3494698" w14:textId="77777777" w:rsidR="001F3EA5" w:rsidRP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0" w:type="auto"/>
            <w:vAlign w:val="center"/>
            <w:hideMark/>
          </w:tcPr>
          <w:p w14:paraId="7D25F49B" w14:textId="77777777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100 ml</w:t>
            </w:r>
          </w:p>
        </w:tc>
        <w:tc>
          <w:tcPr>
            <w:tcW w:w="0" w:type="auto"/>
            <w:vAlign w:val="center"/>
            <w:hideMark/>
          </w:tcPr>
          <w:p w14:paraId="3425D1C6" w14:textId="77777777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 ml</w:t>
            </w:r>
          </w:p>
        </w:tc>
        <w:tc>
          <w:tcPr>
            <w:tcW w:w="0" w:type="auto"/>
            <w:vAlign w:val="center"/>
            <w:hideMark/>
          </w:tcPr>
          <w:p w14:paraId="29ED6F53" w14:textId="77777777" w:rsidR="001F3EA5" w:rsidRDefault="001F3EA5" w:rsidP="001F3EA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 ml</w:t>
            </w:r>
          </w:p>
        </w:tc>
      </w:tr>
      <w:tr w:rsidR="001F3EA5" w14:paraId="2FE1C661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531394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Cod.</w:t>
            </w:r>
          </w:p>
        </w:tc>
        <w:tc>
          <w:tcPr>
            <w:tcW w:w="0" w:type="auto"/>
            <w:vAlign w:val="center"/>
            <w:hideMark/>
          </w:tcPr>
          <w:p w14:paraId="6622F81E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CO100</w:t>
            </w:r>
          </w:p>
        </w:tc>
        <w:tc>
          <w:tcPr>
            <w:tcW w:w="0" w:type="auto"/>
            <w:vAlign w:val="center"/>
            <w:hideMark/>
          </w:tcPr>
          <w:p w14:paraId="6695918E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CO250</w:t>
            </w:r>
          </w:p>
        </w:tc>
        <w:tc>
          <w:tcPr>
            <w:tcW w:w="0" w:type="auto"/>
            <w:vAlign w:val="center"/>
            <w:hideMark/>
          </w:tcPr>
          <w:p w14:paraId="12FDDBB1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CO500</w:t>
            </w:r>
          </w:p>
        </w:tc>
      </w:tr>
      <w:tr w:rsidR="001F3EA5" w14:paraId="724E9C3A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84501B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Peso</w:t>
            </w:r>
          </w:p>
        </w:tc>
        <w:tc>
          <w:tcPr>
            <w:tcW w:w="0" w:type="auto"/>
            <w:vAlign w:val="center"/>
            <w:hideMark/>
          </w:tcPr>
          <w:p w14:paraId="0601DF9F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240 g</w:t>
            </w:r>
          </w:p>
        </w:tc>
        <w:tc>
          <w:tcPr>
            <w:tcW w:w="0" w:type="auto"/>
            <w:vAlign w:val="center"/>
            <w:hideMark/>
          </w:tcPr>
          <w:p w14:paraId="10EC9900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498 g</w:t>
            </w:r>
          </w:p>
        </w:tc>
        <w:tc>
          <w:tcPr>
            <w:tcW w:w="0" w:type="auto"/>
            <w:vAlign w:val="center"/>
            <w:hideMark/>
          </w:tcPr>
          <w:p w14:paraId="5FB65E5A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928 g</w:t>
            </w:r>
          </w:p>
        </w:tc>
      </w:tr>
      <w:tr w:rsidR="001F3EA5" w14:paraId="65DCB976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CC4EBC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Dim. (cm)</w:t>
            </w:r>
          </w:p>
        </w:tc>
        <w:tc>
          <w:tcPr>
            <w:tcW w:w="0" w:type="auto"/>
            <w:vAlign w:val="center"/>
            <w:hideMark/>
          </w:tcPr>
          <w:p w14:paraId="54F57144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4×4×18H</w:t>
            </w:r>
          </w:p>
        </w:tc>
        <w:tc>
          <w:tcPr>
            <w:tcW w:w="0" w:type="auto"/>
            <w:vAlign w:val="center"/>
            <w:hideMark/>
          </w:tcPr>
          <w:p w14:paraId="670717EA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7×7×16H</w:t>
            </w:r>
          </w:p>
        </w:tc>
        <w:tc>
          <w:tcPr>
            <w:tcW w:w="0" w:type="auto"/>
            <w:vAlign w:val="center"/>
            <w:hideMark/>
          </w:tcPr>
          <w:p w14:paraId="162D6086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7×7×28H</w:t>
            </w:r>
          </w:p>
        </w:tc>
      </w:tr>
      <w:tr w:rsidR="001F3EA5" w14:paraId="7D9A414A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C3DA54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Pz</w:t>
            </w:r>
            <w:proofErr w:type="spellEnd"/>
            <w:r>
              <w:rPr>
                <w:rStyle w:val="Enfasigrassetto"/>
              </w:rPr>
              <w:t>/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79BA905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48</w:t>
            </w:r>
          </w:p>
        </w:tc>
        <w:tc>
          <w:tcPr>
            <w:tcW w:w="0" w:type="auto"/>
            <w:vAlign w:val="center"/>
            <w:hideMark/>
          </w:tcPr>
          <w:p w14:paraId="29B02339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14:paraId="654405AA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12</w:t>
            </w:r>
          </w:p>
        </w:tc>
      </w:tr>
      <w:tr w:rsidR="001F3EA5" w14:paraId="65389C17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C7C1B9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Kg/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5FAA35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11,9</w:t>
            </w:r>
          </w:p>
        </w:tc>
        <w:tc>
          <w:tcPr>
            <w:tcW w:w="0" w:type="auto"/>
            <w:vAlign w:val="center"/>
            <w:hideMark/>
          </w:tcPr>
          <w:p w14:paraId="7C11581E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10,5</w:t>
            </w:r>
          </w:p>
        </w:tc>
        <w:tc>
          <w:tcPr>
            <w:tcW w:w="0" w:type="auto"/>
            <w:vAlign w:val="center"/>
            <w:hideMark/>
          </w:tcPr>
          <w:p w14:paraId="406E5ED3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11,5</w:t>
            </w:r>
          </w:p>
        </w:tc>
      </w:tr>
      <w:tr w:rsidR="001F3EA5" w14:paraId="5206DAA5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C91D95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 xml:space="preserve">Dim. 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 xml:space="preserve"> (cm)</w:t>
            </w:r>
          </w:p>
        </w:tc>
        <w:tc>
          <w:tcPr>
            <w:tcW w:w="0" w:type="auto"/>
            <w:vAlign w:val="center"/>
            <w:hideMark/>
          </w:tcPr>
          <w:p w14:paraId="0980C74E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21×29,5×35</w:t>
            </w:r>
          </w:p>
        </w:tc>
        <w:tc>
          <w:tcPr>
            <w:tcW w:w="0" w:type="auto"/>
            <w:vAlign w:val="center"/>
            <w:hideMark/>
          </w:tcPr>
          <w:p w14:paraId="2C6ABD93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26,5×28,5×34,5</w:t>
            </w:r>
          </w:p>
        </w:tc>
        <w:tc>
          <w:tcPr>
            <w:tcW w:w="0" w:type="auto"/>
            <w:vAlign w:val="center"/>
            <w:hideMark/>
          </w:tcPr>
          <w:p w14:paraId="15F779C3" w14:textId="77777777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17×29×25,5</w:t>
            </w:r>
          </w:p>
        </w:tc>
      </w:tr>
      <w:tr w:rsidR="001F3EA5" w14:paraId="65B2C651" w14:textId="77777777" w:rsidTr="000B378E">
        <w:trPr>
          <w:tblCellSpacing w:w="15" w:type="dxa"/>
        </w:trPr>
        <w:tc>
          <w:tcPr>
            <w:tcW w:w="0" w:type="auto"/>
            <w:vAlign w:val="center"/>
          </w:tcPr>
          <w:p w14:paraId="6BFEDD9B" w14:textId="305A5C58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B887234" w14:textId="7900D78E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920823" w14:textId="5C064E90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4EF8FC" w14:textId="2663C196" w:rsidR="001F3EA5" w:rsidRDefault="001F3EA5" w:rsidP="001F3EA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</w:tbl>
    <w:p w14:paraId="166F0B7D" w14:textId="77777777" w:rsidR="001F3EA5" w:rsidRDefault="001F3EA5" w:rsidP="001F3EA5">
      <w:pPr>
        <w:spacing w:after="0" w:line="120" w:lineRule="atLeast"/>
        <w:contextualSpacing/>
      </w:pPr>
    </w:p>
    <w:p w14:paraId="3D1869C4" w14:textId="77777777" w:rsidR="001F3EA5" w:rsidRPr="001F3EA5" w:rsidRDefault="001F3EA5" w:rsidP="001F3EA5">
      <w:pPr>
        <w:pStyle w:val="Titolo3"/>
        <w:spacing w:before="0" w:line="100" w:lineRule="atLeast"/>
        <w:contextualSpacing/>
        <w:rPr>
          <w:color w:val="auto"/>
        </w:rPr>
      </w:pPr>
      <w:r w:rsidRPr="001F3EA5">
        <w:rPr>
          <w:color w:val="auto"/>
        </w:rPr>
        <w:t xml:space="preserve">Pallet </w:t>
      </w:r>
      <w:proofErr w:type="gramStart"/>
      <w:r w:rsidRPr="001F3EA5">
        <w:rPr>
          <w:color w:val="auto"/>
        </w:rPr>
        <w:t>120×80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451"/>
        <w:gridCol w:w="451"/>
        <w:gridCol w:w="466"/>
      </w:tblGrid>
      <w:tr w:rsidR="001F3EA5" w14:paraId="7F8AD815" w14:textId="77777777" w:rsidTr="001F3EA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9E563F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15FAB1F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1E347E09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5ED3D478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</w:t>
            </w:r>
          </w:p>
        </w:tc>
      </w:tr>
      <w:tr w:rsidR="001F3EA5" w14:paraId="49D61086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908B54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203DC5FF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14:paraId="7CE18F1D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14:paraId="743C56AD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10</w:t>
            </w:r>
          </w:p>
        </w:tc>
      </w:tr>
      <w:tr w:rsidR="001F3EA5" w14:paraId="794DAE87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44D140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Bt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4F1C65A8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384</w:t>
            </w:r>
          </w:p>
        </w:tc>
        <w:tc>
          <w:tcPr>
            <w:tcW w:w="0" w:type="auto"/>
            <w:vAlign w:val="center"/>
            <w:hideMark/>
          </w:tcPr>
          <w:p w14:paraId="0F74BCF8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160</w:t>
            </w:r>
          </w:p>
        </w:tc>
        <w:tc>
          <w:tcPr>
            <w:tcW w:w="0" w:type="auto"/>
            <w:vAlign w:val="center"/>
            <w:hideMark/>
          </w:tcPr>
          <w:p w14:paraId="0C822EE5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120</w:t>
            </w:r>
          </w:p>
        </w:tc>
      </w:tr>
    </w:tbl>
    <w:p w14:paraId="342D58BF" w14:textId="77777777" w:rsidR="00C44019" w:rsidRDefault="00C44019" w:rsidP="001F3EA5">
      <w:pPr>
        <w:pStyle w:val="Titolo3"/>
        <w:spacing w:before="0" w:line="100" w:lineRule="atLeast"/>
        <w:contextualSpacing/>
        <w:rPr>
          <w:color w:val="auto"/>
        </w:rPr>
      </w:pPr>
    </w:p>
    <w:p w14:paraId="4AB259D9" w14:textId="77777777" w:rsidR="001F3EA5" w:rsidRPr="001F3EA5" w:rsidRDefault="001F3EA5" w:rsidP="001F3EA5">
      <w:pPr>
        <w:pStyle w:val="Titolo3"/>
        <w:spacing w:before="0" w:line="100" w:lineRule="atLeast"/>
        <w:contextualSpacing/>
        <w:rPr>
          <w:color w:val="auto"/>
        </w:rPr>
      </w:pPr>
      <w:r w:rsidRPr="001F3EA5">
        <w:rPr>
          <w:color w:val="auto"/>
        </w:rPr>
        <w:t>Pallet 120×100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451"/>
        <w:gridCol w:w="451"/>
        <w:gridCol w:w="466"/>
      </w:tblGrid>
      <w:tr w:rsidR="001F3EA5" w14:paraId="027FD4E5" w14:textId="77777777" w:rsidTr="001F3EA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72DB818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FFC3786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39EB0278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07CA99ED" w14:textId="77777777" w:rsidR="001F3EA5" w:rsidRDefault="001F3EA5" w:rsidP="001F3EA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</w:t>
            </w:r>
          </w:p>
        </w:tc>
      </w:tr>
      <w:tr w:rsidR="001F3EA5" w14:paraId="77E395E7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1706B7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77699D28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14:paraId="29BEF00F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14:paraId="1D0C31EA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15</w:t>
            </w:r>
          </w:p>
        </w:tc>
      </w:tr>
      <w:tr w:rsidR="001F3EA5" w14:paraId="794CDA5F" w14:textId="77777777" w:rsidTr="001F3E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FAAC16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Bt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5BA8BADB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432</w:t>
            </w:r>
          </w:p>
        </w:tc>
        <w:tc>
          <w:tcPr>
            <w:tcW w:w="0" w:type="auto"/>
            <w:vAlign w:val="center"/>
            <w:hideMark/>
          </w:tcPr>
          <w:p w14:paraId="73154EEE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180</w:t>
            </w:r>
          </w:p>
        </w:tc>
        <w:tc>
          <w:tcPr>
            <w:tcW w:w="0" w:type="auto"/>
            <w:vAlign w:val="center"/>
            <w:hideMark/>
          </w:tcPr>
          <w:p w14:paraId="1381E578" w14:textId="77777777" w:rsidR="001F3EA5" w:rsidRDefault="001F3EA5" w:rsidP="001F3EA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180</w:t>
            </w:r>
          </w:p>
        </w:tc>
      </w:tr>
    </w:tbl>
    <w:p w14:paraId="14626E0B" w14:textId="77777777" w:rsidR="0003006D" w:rsidRPr="003E5988" w:rsidRDefault="0003006D" w:rsidP="001F3EA5">
      <w:pPr>
        <w:pStyle w:val="Titolo1"/>
        <w:spacing w:before="0" w:line="100" w:lineRule="atLeast"/>
        <w:contextualSpacing/>
        <w:rPr>
          <w:lang w:val="it-IT"/>
        </w:rPr>
      </w:pPr>
    </w:p>
    <w:sectPr w:rsidR="0003006D" w:rsidRPr="003E5988" w:rsidSect="00687449">
      <w:pgSz w:w="12240" w:h="15840"/>
      <w:pgMar w:top="993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211044"/>
    <w:multiLevelType w:val="hybridMultilevel"/>
    <w:tmpl w:val="51A23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45A08"/>
    <w:multiLevelType w:val="hybridMultilevel"/>
    <w:tmpl w:val="56DA6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D065F"/>
    <w:multiLevelType w:val="hybridMultilevel"/>
    <w:tmpl w:val="22B0FB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441487">
    <w:abstractNumId w:val="8"/>
  </w:num>
  <w:num w:numId="2" w16cid:durableId="1684865674">
    <w:abstractNumId w:val="6"/>
  </w:num>
  <w:num w:numId="3" w16cid:durableId="1947224119">
    <w:abstractNumId w:val="5"/>
  </w:num>
  <w:num w:numId="4" w16cid:durableId="1724405694">
    <w:abstractNumId w:val="4"/>
  </w:num>
  <w:num w:numId="5" w16cid:durableId="1695768654">
    <w:abstractNumId w:val="7"/>
  </w:num>
  <w:num w:numId="6" w16cid:durableId="943995267">
    <w:abstractNumId w:val="3"/>
  </w:num>
  <w:num w:numId="7" w16cid:durableId="483667791">
    <w:abstractNumId w:val="2"/>
  </w:num>
  <w:num w:numId="8" w16cid:durableId="1997487801">
    <w:abstractNumId w:val="1"/>
  </w:num>
  <w:num w:numId="9" w16cid:durableId="1912957971">
    <w:abstractNumId w:val="0"/>
  </w:num>
  <w:num w:numId="10" w16cid:durableId="2079747515">
    <w:abstractNumId w:val="9"/>
  </w:num>
  <w:num w:numId="11" w16cid:durableId="1990790563">
    <w:abstractNumId w:val="11"/>
  </w:num>
  <w:num w:numId="12" w16cid:durableId="14486993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3F76"/>
    <w:rsid w:val="0003006D"/>
    <w:rsid w:val="00034616"/>
    <w:rsid w:val="0006063C"/>
    <w:rsid w:val="000B378E"/>
    <w:rsid w:val="000B46DB"/>
    <w:rsid w:val="000C3838"/>
    <w:rsid w:val="0015074B"/>
    <w:rsid w:val="001509FC"/>
    <w:rsid w:val="001C4A5D"/>
    <w:rsid w:val="001F3EA5"/>
    <w:rsid w:val="0024672A"/>
    <w:rsid w:val="0029639D"/>
    <w:rsid w:val="00326F90"/>
    <w:rsid w:val="00343DA6"/>
    <w:rsid w:val="003461C5"/>
    <w:rsid w:val="003E5988"/>
    <w:rsid w:val="00421846"/>
    <w:rsid w:val="00435B9F"/>
    <w:rsid w:val="00687449"/>
    <w:rsid w:val="007669A5"/>
    <w:rsid w:val="00774188"/>
    <w:rsid w:val="007F1AD0"/>
    <w:rsid w:val="00842A17"/>
    <w:rsid w:val="00861FD6"/>
    <w:rsid w:val="008A1DE9"/>
    <w:rsid w:val="009A1B1D"/>
    <w:rsid w:val="00AA1D8D"/>
    <w:rsid w:val="00B37726"/>
    <w:rsid w:val="00B47730"/>
    <w:rsid w:val="00C44019"/>
    <w:rsid w:val="00CB0664"/>
    <w:rsid w:val="00DD46EE"/>
    <w:rsid w:val="00DD5676"/>
    <w:rsid w:val="00E92636"/>
    <w:rsid w:val="00EC47DD"/>
    <w:rsid w:val="00ED28D6"/>
    <w:rsid w:val="00FA31DE"/>
    <w:rsid w:val="00FC693F"/>
    <w:rsid w:val="00FD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048D6130"/>
  <w14:defaultImageDpi w14:val="300"/>
  <w15:docId w15:val="{432E7CFB-7E87-42EE-BEDA-CCB4AC97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FD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F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72A940-DDBC-4848-96BE-040A3D0D4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maria francesca di martino</cp:lastModifiedBy>
  <cp:revision>4</cp:revision>
  <cp:lastPrinted>2026-02-18T20:53:00Z</cp:lastPrinted>
  <dcterms:created xsi:type="dcterms:W3CDTF">2026-02-19T17:29:00Z</dcterms:created>
  <dcterms:modified xsi:type="dcterms:W3CDTF">2026-03-05T17:49:00Z</dcterms:modified>
</cp:coreProperties>
</file>