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C941B0C" w14:textId="77777777" w:rsidR="00E92636" w:rsidRDefault="00E92636">
      <w:pPr>
        <w:pStyle w:val="Titolo"/>
        <w:jc w:val="center"/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1312" behindDoc="1" locked="0" layoutInCell="1" allowOverlap="1" wp14:anchorId="3CAEBF2A" wp14:editId="7709F2EC">
            <wp:simplePos x="0" y="0"/>
            <wp:positionH relativeFrom="column">
              <wp:posOffset>342900</wp:posOffset>
            </wp:positionH>
            <wp:positionV relativeFrom="paragraph">
              <wp:posOffset>-163830</wp:posOffset>
            </wp:positionV>
            <wp:extent cx="4772025" cy="1590674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590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E7D98" w14:textId="77777777" w:rsidR="00E92636" w:rsidRDefault="00E92636" w:rsidP="00FD0F12">
      <w:pPr>
        <w:pStyle w:val="Titolo"/>
        <w:spacing w:line="360" w:lineRule="auto"/>
        <w:rPr>
          <w:lang w:val="it-IT"/>
        </w:rPr>
      </w:pPr>
    </w:p>
    <w:p w14:paraId="4122D17F" w14:textId="77777777" w:rsidR="00D95827" w:rsidRDefault="00D95827" w:rsidP="00FD0F12">
      <w:pPr>
        <w:pStyle w:val="Titolo"/>
        <w:jc w:val="center"/>
        <w:rPr>
          <w:color w:val="D6AD00"/>
          <w:lang w:val="it-IT"/>
        </w:rPr>
      </w:pPr>
    </w:p>
    <w:p w14:paraId="2A84E8B7" w14:textId="3260CFB7" w:rsidR="0003006D" w:rsidRPr="003A52A0" w:rsidRDefault="007F1AD0" w:rsidP="00FD0F12">
      <w:pPr>
        <w:pStyle w:val="Titolo"/>
        <w:jc w:val="center"/>
        <w:rPr>
          <w:color w:val="D6AD00"/>
          <w:lang w:val="it-IT"/>
        </w:rPr>
      </w:pPr>
      <w:r w:rsidRPr="003A52A0">
        <w:rPr>
          <w:color w:val="D6AD00"/>
          <w:lang w:val="it-IT"/>
        </w:rPr>
        <w:t xml:space="preserve">TERRAE DI SCHINOSA – </w:t>
      </w:r>
      <w:r w:rsidR="001F388E" w:rsidRPr="003A52A0">
        <w:rPr>
          <w:color w:val="D6AD00"/>
          <w:lang w:val="it-IT"/>
        </w:rPr>
        <w:t>LA PERANZANA</w:t>
      </w:r>
    </w:p>
    <w:tbl>
      <w:tblPr>
        <w:tblW w:w="10207" w:type="dxa"/>
        <w:tblInd w:w="-601" w:type="dxa"/>
        <w:tblLook w:val="04A0" w:firstRow="1" w:lastRow="0" w:firstColumn="1" w:lastColumn="0" w:noHBand="0" w:noVBand="1"/>
      </w:tblPr>
      <w:tblGrid>
        <w:gridCol w:w="4537"/>
        <w:gridCol w:w="5670"/>
      </w:tblGrid>
      <w:tr w:rsidR="0003006D" w:rsidRPr="003A52A0" w14:paraId="5BEE4BD2" w14:textId="77777777" w:rsidTr="00FC701E">
        <w:tc>
          <w:tcPr>
            <w:tcW w:w="4537" w:type="dxa"/>
          </w:tcPr>
          <w:p w14:paraId="5D57BBA9" w14:textId="729B0644" w:rsidR="0003006D" w:rsidRDefault="00E92636" w:rsidP="00E92636">
            <w:pPr>
              <w:rPr>
                <w:b/>
                <w:i/>
                <w:color w:val="D6AD00"/>
                <w:lang w:val="it-IT"/>
              </w:rPr>
            </w:pPr>
            <w:r w:rsidRPr="003A52A0">
              <w:rPr>
                <w:b/>
                <w:i/>
                <w:color w:val="D6AD00"/>
                <w:lang w:val="it-IT"/>
              </w:rPr>
              <w:t>L</w:t>
            </w:r>
            <w:r w:rsidR="00D63EBE" w:rsidRPr="003A52A0">
              <w:rPr>
                <w:b/>
                <w:i/>
                <w:color w:val="D6AD00"/>
                <w:lang w:val="it-IT"/>
              </w:rPr>
              <w:t>a ricchezza</w:t>
            </w:r>
            <w:r w:rsidR="001F388E" w:rsidRPr="003A52A0">
              <w:rPr>
                <w:b/>
                <w:i/>
                <w:color w:val="D6AD00"/>
                <w:lang w:val="it-IT"/>
              </w:rPr>
              <w:t xml:space="preserve"> della nostra terra, </w:t>
            </w:r>
            <w:r w:rsidR="00D63EBE" w:rsidRPr="003A52A0">
              <w:rPr>
                <w:b/>
                <w:i/>
                <w:color w:val="D6AD00"/>
                <w:lang w:val="it-IT"/>
              </w:rPr>
              <w:t xml:space="preserve">la piacevolezza </w:t>
            </w:r>
            <w:r w:rsidR="001F388E" w:rsidRPr="003A52A0">
              <w:rPr>
                <w:b/>
                <w:i/>
                <w:color w:val="D6AD00"/>
                <w:lang w:val="it-IT"/>
              </w:rPr>
              <w:t>del nostro clima</w:t>
            </w:r>
          </w:p>
          <w:p w14:paraId="42A670D4" w14:textId="77777777" w:rsidR="002016C0" w:rsidRPr="003A52A0" w:rsidRDefault="002016C0" w:rsidP="00E92636">
            <w:pPr>
              <w:rPr>
                <w:i/>
                <w:color w:val="D6AD00"/>
                <w:lang w:val="it-IT"/>
              </w:rPr>
            </w:pPr>
          </w:p>
          <w:p w14:paraId="09C72EBF" w14:textId="7F5FD568" w:rsidR="00343DA6" w:rsidRDefault="003A52A0" w:rsidP="00E92636">
            <w:pPr>
              <w:rPr>
                <w:lang w:val="it-IT"/>
              </w:rPr>
            </w:pPr>
            <w:r w:rsidRPr="007F1AD0">
              <w:rPr>
                <w:b/>
                <w:i/>
                <w:noProof/>
                <w:color w:val="9BBB59" w:themeColor="accent3"/>
                <w:lang w:val="it-IT" w:eastAsia="it-IT"/>
              </w:rPr>
              <w:drawing>
                <wp:anchor distT="0" distB="0" distL="114300" distR="114300" simplePos="0" relativeHeight="251660800" behindDoc="1" locked="0" layoutInCell="1" allowOverlap="1" wp14:anchorId="7804FAE4" wp14:editId="7D5FF33D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72390</wp:posOffset>
                  </wp:positionV>
                  <wp:extent cx="1881505" cy="5486400"/>
                  <wp:effectExtent l="0" t="0" r="0" b="0"/>
                  <wp:wrapThrough wrapText="bothSides">
                    <wp:wrapPolygon edited="0">
                      <wp:start x="8529" y="300"/>
                      <wp:lineTo x="7217" y="525"/>
                      <wp:lineTo x="6780" y="900"/>
                      <wp:lineTo x="6561" y="5250"/>
                      <wp:lineTo x="5686" y="6450"/>
                      <wp:lineTo x="3062" y="7650"/>
                      <wp:lineTo x="2624" y="8100"/>
                      <wp:lineTo x="2187" y="8850"/>
                      <wp:lineTo x="3499" y="18450"/>
                      <wp:lineTo x="0" y="19500"/>
                      <wp:lineTo x="0" y="20775"/>
                      <wp:lineTo x="2406" y="21000"/>
                      <wp:lineTo x="4593" y="21525"/>
                      <wp:lineTo x="5249" y="21525"/>
                      <wp:lineTo x="14215" y="21525"/>
                      <wp:lineTo x="14871" y="21525"/>
                      <wp:lineTo x="19901" y="20925"/>
                      <wp:lineTo x="19901" y="20850"/>
                      <wp:lineTo x="18152" y="19650"/>
                      <wp:lineTo x="18589" y="13650"/>
                      <wp:lineTo x="19464" y="8850"/>
                      <wp:lineTo x="18371" y="7650"/>
                      <wp:lineTo x="15528" y="6450"/>
                      <wp:lineTo x="14653" y="5250"/>
                      <wp:lineTo x="14653" y="1125"/>
                      <wp:lineTo x="13997" y="600"/>
                      <wp:lineTo x="12903" y="300"/>
                      <wp:lineTo x="8529" y="30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05" cy="54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58FB87" w14:textId="38BB90CF" w:rsidR="00343DA6" w:rsidRDefault="00343DA6" w:rsidP="00E92636">
            <w:pPr>
              <w:rPr>
                <w:lang w:val="it-IT"/>
              </w:rPr>
            </w:pPr>
          </w:p>
          <w:p w14:paraId="25B62EFB" w14:textId="277645C8" w:rsidR="00343DA6" w:rsidRDefault="00343DA6" w:rsidP="00E92636">
            <w:pPr>
              <w:rPr>
                <w:lang w:val="it-IT"/>
              </w:rPr>
            </w:pPr>
          </w:p>
          <w:p w14:paraId="59350ADB" w14:textId="7F89A8AC" w:rsidR="00343DA6" w:rsidRDefault="00343DA6" w:rsidP="00E92636">
            <w:pPr>
              <w:rPr>
                <w:lang w:val="it-IT"/>
              </w:rPr>
            </w:pPr>
          </w:p>
          <w:p w14:paraId="62EE4BD3" w14:textId="0D9D7E37" w:rsidR="00343DA6" w:rsidRDefault="00343DA6" w:rsidP="00E92636">
            <w:pPr>
              <w:rPr>
                <w:lang w:val="it-IT"/>
              </w:rPr>
            </w:pPr>
          </w:p>
          <w:p w14:paraId="6ADFB671" w14:textId="6B26FDB3" w:rsidR="00343DA6" w:rsidRDefault="00343DA6" w:rsidP="00E92636">
            <w:pPr>
              <w:rPr>
                <w:lang w:val="it-IT"/>
              </w:rPr>
            </w:pPr>
          </w:p>
          <w:p w14:paraId="2366F042" w14:textId="444F1946" w:rsidR="00343DA6" w:rsidRDefault="00343DA6" w:rsidP="00E92636">
            <w:pPr>
              <w:rPr>
                <w:lang w:val="it-IT"/>
              </w:rPr>
            </w:pPr>
          </w:p>
          <w:p w14:paraId="3F1BDA56" w14:textId="5DE89D6C" w:rsidR="00343DA6" w:rsidRDefault="00343DA6" w:rsidP="00E92636">
            <w:pPr>
              <w:rPr>
                <w:lang w:val="it-IT"/>
              </w:rPr>
            </w:pPr>
          </w:p>
          <w:p w14:paraId="2A93DE39" w14:textId="77777777" w:rsidR="00343DA6" w:rsidRDefault="00343DA6" w:rsidP="00E92636">
            <w:pPr>
              <w:rPr>
                <w:lang w:val="it-IT"/>
              </w:rPr>
            </w:pPr>
          </w:p>
          <w:p w14:paraId="05C10767" w14:textId="77777777" w:rsidR="00343DA6" w:rsidRDefault="00343DA6" w:rsidP="00E92636">
            <w:pPr>
              <w:rPr>
                <w:lang w:val="it-IT"/>
              </w:rPr>
            </w:pPr>
          </w:p>
          <w:p w14:paraId="5945B3F6" w14:textId="77777777" w:rsidR="00343DA6" w:rsidRDefault="00343DA6" w:rsidP="00E92636">
            <w:pPr>
              <w:rPr>
                <w:lang w:val="it-IT"/>
              </w:rPr>
            </w:pPr>
          </w:p>
          <w:p w14:paraId="6215D163" w14:textId="77777777" w:rsidR="00343DA6" w:rsidRDefault="00343DA6" w:rsidP="00E92636">
            <w:pPr>
              <w:rPr>
                <w:lang w:val="it-IT"/>
              </w:rPr>
            </w:pPr>
          </w:p>
          <w:p w14:paraId="7A0EA7D1" w14:textId="77777777" w:rsidR="00343DA6" w:rsidRDefault="00343DA6" w:rsidP="00E92636">
            <w:pPr>
              <w:rPr>
                <w:lang w:val="it-IT"/>
              </w:rPr>
            </w:pPr>
          </w:p>
          <w:p w14:paraId="1F48E980" w14:textId="77777777" w:rsidR="00343DA6" w:rsidRDefault="00343DA6" w:rsidP="00E92636">
            <w:pPr>
              <w:rPr>
                <w:lang w:val="it-IT"/>
              </w:rPr>
            </w:pPr>
          </w:p>
          <w:p w14:paraId="4B328E9E" w14:textId="77777777" w:rsidR="00343DA6" w:rsidRDefault="00343DA6" w:rsidP="00E92636">
            <w:pPr>
              <w:rPr>
                <w:lang w:val="it-IT"/>
              </w:rPr>
            </w:pPr>
          </w:p>
          <w:p w14:paraId="6D96294C" w14:textId="77777777" w:rsidR="00343DA6" w:rsidRPr="00343DA6" w:rsidRDefault="00343DA6" w:rsidP="00343DA6">
            <w:pPr>
              <w:rPr>
                <w:i/>
                <w:lang w:val="it-IT"/>
              </w:rPr>
            </w:pPr>
          </w:p>
        </w:tc>
        <w:tc>
          <w:tcPr>
            <w:tcW w:w="5670" w:type="dxa"/>
          </w:tcPr>
          <w:p w14:paraId="34BB4A03" w14:textId="0E13DBBF" w:rsidR="00343DA6" w:rsidRPr="003A52A0" w:rsidRDefault="00D63EBE" w:rsidP="00343DA6">
            <w:pPr>
              <w:pStyle w:val="Titolo1"/>
              <w:spacing w:before="120" w:line="240" w:lineRule="auto"/>
              <w:contextualSpacing/>
              <w:rPr>
                <w:color w:val="D6AD00"/>
                <w:lang w:val="it-IT"/>
              </w:rPr>
            </w:pPr>
            <w:r w:rsidRPr="003A52A0">
              <w:rPr>
                <w:noProof/>
                <w:color w:val="D6AD00"/>
                <w:lang w:val="it-IT" w:eastAsia="it-IT"/>
              </w:rPr>
              <w:drawing>
                <wp:anchor distT="0" distB="0" distL="114300" distR="114300" simplePos="0" relativeHeight="251655680" behindDoc="1" locked="0" layoutInCell="1" allowOverlap="1" wp14:anchorId="1626FC0A" wp14:editId="3583ED94">
                  <wp:simplePos x="0" y="0"/>
                  <wp:positionH relativeFrom="margin">
                    <wp:posOffset>-1465580</wp:posOffset>
                  </wp:positionH>
                  <wp:positionV relativeFrom="margin">
                    <wp:posOffset>348615</wp:posOffset>
                  </wp:positionV>
                  <wp:extent cx="7489190" cy="9629775"/>
                  <wp:effectExtent l="0" t="0" r="0" b="9525"/>
                  <wp:wrapNone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E SCHINOSA_filigrana.png"/>
                          <pic:cNvPicPr/>
                        </pic:nvPicPr>
                        <pic:blipFill>
                          <a:blip r:embed="rId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9190" cy="962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43DA6" w:rsidRPr="003A52A0">
              <w:rPr>
                <w:color w:val="D6AD00"/>
                <w:lang w:val="it-IT"/>
              </w:rPr>
              <w:t>BOTTIGLIA</w:t>
            </w:r>
          </w:p>
          <w:p w14:paraId="1013233E" w14:textId="2B6DB97E" w:rsidR="007669A5" w:rsidRPr="00D95827" w:rsidRDefault="00343DA6" w:rsidP="007669A5">
            <w:pPr>
              <w:pStyle w:val="Titolo1"/>
              <w:spacing w:before="120" w:line="240" w:lineRule="atLeast"/>
              <w:contextualSpacing/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0"/>
                <w:szCs w:val="20"/>
                <w:lang w:val="it-IT"/>
              </w:rPr>
            </w:pPr>
            <w:r w:rsidRPr="00D95827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1"/>
                <w:szCs w:val="21"/>
                <w:lang w:val="it-IT"/>
              </w:rPr>
              <w:t>La nostra bottiglia iconica, una forma in vetro esclusiva e personalizzata, con serigrafato a rilievo il nome della nostra famiglia</w:t>
            </w:r>
            <w:r w:rsidR="002016C0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1"/>
                <w:szCs w:val="21"/>
                <w:lang w:val="it-IT"/>
              </w:rPr>
              <w:t xml:space="preserve">, </w:t>
            </w:r>
            <w:r w:rsidRPr="00D95827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1"/>
                <w:szCs w:val="21"/>
                <w:lang w:val="it-IT"/>
              </w:rPr>
              <w:t>il ns brand,</w:t>
            </w:r>
            <w:r w:rsidR="00D63EBE" w:rsidRPr="00D95827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1"/>
                <w:szCs w:val="21"/>
                <w:lang w:val="it-IT"/>
              </w:rPr>
              <w:t xml:space="preserve"> in giallo oro per</w:t>
            </w:r>
            <w:r w:rsidRPr="00D95827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1"/>
                <w:szCs w:val="21"/>
                <w:lang w:val="it-IT"/>
              </w:rPr>
              <w:t xml:space="preserve"> richiama</w:t>
            </w:r>
            <w:r w:rsidR="00D63EBE" w:rsidRPr="00D95827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1"/>
                <w:szCs w:val="21"/>
                <w:lang w:val="it-IT"/>
              </w:rPr>
              <w:t>re i toni brillanti e dorati del nostro olio evo</w:t>
            </w:r>
            <w:r w:rsidRPr="00D95827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1"/>
                <w:szCs w:val="21"/>
                <w:lang w:val="it-IT"/>
              </w:rPr>
              <w:t>, tappo anti-rabbocco</w:t>
            </w:r>
            <w:r w:rsidRPr="00D95827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0"/>
                <w:szCs w:val="20"/>
                <w:lang w:val="it-IT"/>
              </w:rPr>
              <w:t>.</w:t>
            </w:r>
          </w:p>
          <w:p w14:paraId="3621CF37" w14:textId="77777777" w:rsidR="00C82FC3" w:rsidRDefault="00C82FC3" w:rsidP="007669A5">
            <w:pPr>
              <w:pStyle w:val="Titolo1"/>
              <w:spacing w:before="0" w:line="240" w:lineRule="auto"/>
              <w:contextualSpacing/>
              <w:rPr>
                <w:color w:val="948A54" w:themeColor="background2" w:themeShade="80"/>
                <w:lang w:val="it-IT"/>
              </w:rPr>
            </w:pPr>
          </w:p>
          <w:p w14:paraId="153394CD" w14:textId="3E28967B" w:rsidR="003E5988" w:rsidRPr="003A52A0" w:rsidRDefault="003E5988" w:rsidP="007669A5">
            <w:pPr>
              <w:pStyle w:val="Titolo1"/>
              <w:spacing w:before="0" w:line="240" w:lineRule="auto"/>
              <w:contextualSpacing/>
              <w:rPr>
                <w:color w:val="D6AD00"/>
                <w:lang w:val="it-IT"/>
              </w:rPr>
            </w:pPr>
            <w:r w:rsidRPr="003A52A0">
              <w:rPr>
                <w:color w:val="D6AD00"/>
                <w:lang w:val="it-IT"/>
              </w:rPr>
              <w:t>IDENTITÀ</w:t>
            </w:r>
          </w:p>
          <w:p w14:paraId="76E0369D" w14:textId="0B1DE321" w:rsidR="003E5988" w:rsidRPr="00D95827" w:rsidRDefault="003E5988" w:rsidP="00687449">
            <w:pPr>
              <w:spacing w:after="120" w:line="120" w:lineRule="atLeast"/>
              <w:contextualSpacing/>
              <w:rPr>
                <w:sz w:val="21"/>
                <w:szCs w:val="21"/>
                <w:lang w:val="it-IT"/>
              </w:rPr>
            </w:pPr>
            <w:r w:rsidRPr="00D95827">
              <w:rPr>
                <w:sz w:val="21"/>
                <w:szCs w:val="21"/>
                <w:lang w:val="it-IT"/>
              </w:rPr>
              <w:t>Zona di origine: Puglia – Trani</w:t>
            </w:r>
            <w:r w:rsidRPr="00D95827">
              <w:rPr>
                <w:sz w:val="21"/>
                <w:szCs w:val="21"/>
                <w:lang w:val="it-IT"/>
              </w:rPr>
              <w:br/>
              <w:t xml:space="preserve">Cultivar: 100% </w:t>
            </w:r>
            <w:proofErr w:type="spellStart"/>
            <w:r w:rsidR="00D63EBE" w:rsidRPr="00D95827">
              <w:rPr>
                <w:sz w:val="21"/>
                <w:szCs w:val="21"/>
                <w:lang w:val="it-IT"/>
              </w:rPr>
              <w:t>Peranzana</w:t>
            </w:r>
            <w:proofErr w:type="spellEnd"/>
            <w:r w:rsidRPr="00D95827">
              <w:rPr>
                <w:sz w:val="21"/>
                <w:szCs w:val="21"/>
                <w:lang w:val="it-IT"/>
              </w:rPr>
              <w:br/>
              <w:t>Raccolta: Meccanica, anticipata</w:t>
            </w:r>
            <w:r w:rsidRPr="00D95827">
              <w:rPr>
                <w:sz w:val="21"/>
                <w:szCs w:val="21"/>
                <w:lang w:val="it-IT"/>
              </w:rPr>
              <w:br/>
              <w:t>Metodo di estrazione: A freddo, ciclo continuo a due fasi (AMENDUNI)</w:t>
            </w:r>
          </w:p>
          <w:p w14:paraId="129C2371" w14:textId="77777777" w:rsidR="007669A5" w:rsidRPr="00AE0079" w:rsidRDefault="007669A5" w:rsidP="00687449">
            <w:pPr>
              <w:spacing w:after="120" w:line="120" w:lineRule="atLeast"/>
              <w:rPr>
                <w:lang w:val="it-IT"/>
              </w:rPr>
            </w:pPr>
          </w:p>
          <w:p w14:paraId="0B086A04" w14:textId="77777777" w:rsidR="003E5988" w:rsidRPr="003A52A0" w:rsidRDefault="003E5988" w:rsidP="00687449">
            <w:pPr>
              <w:pStyle w:val="Titolo1"/>
              <w:spacing w:before="0" w:line="120" w:lineRule="atLeast"/>
              <w:rPr>
                <w:color w:val="D6AD00"/>
                <w:lang w:val="it-IT"/>
              </w:rPr>
            </w:pPr>
            <w:r w:rsidRPr="003A52A0">
              <w:rPr>
                <w:color w:val="D6AD00"/>
                <w:lang w:val="it-IT"/>
              </w:rPr>
              <w:t>PROFILO SENSORIALE</w:t>
            </w:r>
          </w:p>
          <w:p w14:paraId="701A9BC6" w14:textId="77777777" w:rsidR="00D63EBE" w:rsidRPr="00D95827" w:rsidRDefault="003E5988" w:rsidP="00D63EBE">
            <w:pPr>
              <w:spacing w:after="0" w:line="120" w:lineRule="atLeast"/>
              <w:contextualSpacing/>
              <w:rPr>
                <w:sz w:val="21"/>
                <w:szCs w:val="21"/>
                <w:lang w:val="it-IT"/>
              </w:rPr>
            </w:pPr>
            <w:r w:rsidRPr="00D95827">
              <w:rPr>
                <w:sz w:val="21"/>
                <w:szCs w:val="21"/>
                <w:lang w:val="it-IT"/>
              </w:rPr>
              <w:t xml:space="preserve">Colore: </w:t>
            </w:r>
            <w:r w:rsidR="00D63EBE" w:rsidRPr="00D95827">
              <w:rPr>
                <w:sz w:val="21"/>
                <w:szCs w:val="21"/>
                <w:lang w:val="it-IT"/>
              </w:rPr>
              <w:t xml:space="preserve">Giallo oro </w:t>
            </w:r>
            <w:r w:rsidRPr="00D95827">
              <w:rPr>
                <w:sz w:val="21"/>
                <w:szCs w:val="21"/>
                <w:lang w:val="it-IT"/>
              </w:rPr>
              <w:br/>
              <w:t xml:space="preserve">Profumo: </w:t>
            </w:r>
            <w:r w:rsidR="00DD5676" w:rsidRPr="00D95827">
              <w:rPr>
                <w:sz w:val="21"/>
                <w:szCs w:val="21"/>
                <w:lang w:val="it-IT"/>
              </w:rPr>
              <w:t>Fruttato verticale</w:t>
            </w:r>
            <w:r w:rsidR="00D63EBE" w:rsidRPr="00D95827">
              <w:rPr>
                <w:sz w:val="21"/>
                <w:szCs w:val="21"/>
                <w:lang w:val="it-IT"/>
              </w:rPr>
              <w:t xml:space="preserve"> e avvolgente di foglia di pomodoro ed erba fresca.</w:t>
            </w:r>
            <w:r w:rsidRPr="00D95827">
              <w:rPr>
                <w:sz w:val="21"/>
                <w:szCs w:val="21"/>
                <w:lang w:val="it-IT"/>
              </w:rPr>
              <w:br/>
              <w:t xml:space="preserve">Gusto: </w:t>
            </w:r>
            <w:r w:rsidR="00DD5676" w:rsidRPr="00D95827">
              <w:rPr>
                <w:sz w:val="21"/>
                <w:szCs w:val="21"/>
                <w:lang w:val="it-IT"/>
              </w:rPr>
              <w:t xml:space="preserve">sensazioni </w:t>
            </w:r>
            <w:r w:rsidR="00D63EBE" w:rsidRPr="00D95827">
              <w:rPr>
                <w:sz w:val="21"/>
                <w:szCs w:val="21"/>
                <w:lang w:val="it-IT"/>
              </w:rPr>
              <w:t xml:space="preserve">fresche e crude di lattuga e insalata mista e rughetta, note speziate di pepe </w:t>
            </w:r>
          </w:p>
          <w:p w14:paraId="1A791B0A" w14:textId="77777777" w:rsidR="00D63EBE" w:rsidRDefault="00D63EBE" w:rsidP="00D63EBE">
            <w:pPr>
              <w:spacing w:after="0" w:line="120" w:lineRule="atLeast"/>
              <w:contextualSpacing/>
              <w:rPr>
                <w:color w:val="948A54" w:themeColor="background2" w:themeShade="80"/>
                <w:lang w:val="it-IT"/>
              </w:rPr>
            </w:pPr>
          </w:p>
          <w:p w14:paraId="5CB782D0" w14:textId="47D6E76D" w:rsidR="003E5988" w:rsidRPr="003A52A0" w:rsidRDefault="003E5988" w:rsidP="00D63EBE">
            <w:pPr>
              <w:spacing w:after="0" w:line="120" w:lineRule="atLeast"/>
              <w:contextualSpacing/>
              <w:rPr>
                <w:rFonts w:asciiTheme="majorHAnsi" w:hAnsiTheme="majorHAnsi" w:cstheme="majorHAnsi"/>
                <w:b/>
                <w:bCs/>
                <w:color w:val="D6AD00"/>
                <w:sz w:val="28"/>
                <w:szCs w:val="28"/>
                <w:lang w:val="it-IT"/>
              </w:rPr>
            </w:pPr>
            <w:r w:rsidRPr="003A52A0">
              <w:rPr>
                <w:rFonts w:asciiTheme="majorHAnsi" w:hAnsiTheme="majorHAnsi" w:cstheme="majorHAnsi"/>
                <w:b/>
                <w:bCs/>
                <w:color w:val="D6AD00"/>
                <w:sz w:val="28"/>
                <w:szCs w:val="28"/>
                <w:lang w:val="it-IT"/>
              </w:rPr>
              <w:t>ANALISI CHIMICA</w:t>
            </w:r>
          </w:p>
          <w:p w14:paraId="07225FD9" w14:textId="6D8B5839" w:rsidR="007669A5" w:rsidRPr="00D95827" w:rsidRDefault="003A52A0" w:rsidP="0024672A">
            <w:pPr>
              <w:spacing w:line="240" w:lineRule="auto"/>
              <w:rPr>
                <w:sz w:val="21"/>
                <w:szCs w:val="21"/>
                <w:lang w:val="it-IT"/>
              </w:rPr>
            </w:pPr>
            <w:r w:rsidRPr="00D95827">
              <w:rPr>
                <w:sz w:val="21"/>
                <w:szCs w:val="21"/>
                <w:lang w:val="it-IT"/>
              </w:rPr>
              <w:t>Acidità: 0,20%</w:t>
            </w:r>
            <w:r w:rsidRPr="00D95827">
              <w:rPr>
                <w:sz w:val="21"/>
                <w:szCs w:val="21"/>
                <w:lang w:val="it-IT"/>
              </w:rPr>
              <w:br/>
              <w:t xml:space="preserve">Perossidi: 5,4      </w:t>
            </w:r>
            <w:r w:rsidR="003E5988" w:rsidRPr="00D95827">
              <w:rPr>
                <w:sz w:val="21"/>
                <w:szCs w:val="21"/>
                <w:lang w:val="it-IT"/>
              </w:rPr>
              <w:t>K232: 1,72</w:t>
            </w:r>
            <w:r w:rsidR="003E5988" w:rsidRPr="00D95827">
              <w:rPr>
                <w:sz w:val="21"/>
                <w:szCs w:val="21"/>
                <w:lang w:val="it-IT"/>
              </w:rPr>
              <w:br/>
              <w:t>Panel Test: Assenza di difetti – Fruttato ≥ 5</w:t>
            </w:r>
          </w:p>
          <w:p w14:paraId="4CC3CC17" w14:textId="77777777" w:rsidR="003E5988" w:rsidRPr="003A52A0" w:rsidRDefault="003E5988" w:rsidP="007669A5">
            <w:pPr>
              <w:pStyle w:val="Titolo1"/>
              <w:spacing w:before="100" w:beforeAutospacing="1" w:line="240" w:lineRule="auto"/>
              <w:contextualSpacing/>
              <w:rPr>
                <w:color w:val="D6AD00"/>
                <w:lang w:val="it-IT"/>
              </w:rPr>
            </w:pPr>
            <w:r w:rsidRPr="003A52A0">
              <w:rPr>
                <w:color w:val="D6AD00"/>
                <w:lang w:val="it-IT"/>
              </w:rPr>
              <w:t>ABBINAMENTI</w:t>
            </w:r>
          </w:p>
          <w:p w14:paraId="0E797A68" w14:textId="093B754C" w:rsidR="003E5988" w:rsidRPr="00FC701E" w:rsidRDefault="000E0AAC" w:rsidP="0024672A">
            <w:pPr>
              <w:spacing w:line="240" w:lineRule="auto"/>
              <w:rPr>
                <w:sz w:val="21"/>
                <w:szCs w:val="21"/>
                <w:lang w:val="it-IT"/>
              </w:rPr>
            </w:pPr>
            <w:r w:rsidRPr="00FC701E">
              <w:rPr>
                <w:sz w:val="21"/>
                <w:szCs w:val="21"/>
                <w:lang w:val="it-IT"/>
              </w:rPr>
              <w:t>Piatti di crudo, di mare, di carne e vegetali. Grande versa</w:t>
            </w:r>
            <w:r w:rsidR="003A52A0" w:rsidRPr="00FC701E">
              <w:rPr>
                <w:sz w:val="21"/>
                <w:szCs w:val="21"/>
                <w:lang w:val="it-IT"/>
              </w:rPr>
              <w:t>ti</w:t>
            </w:r>
            <w:r w:rsidRPr="00FC701E">
              <w:rPr>
                <w:sz w:val="21"/>
                <w:szCs w:val="21"/>
                <w:lang w:val="it-IT"/>
              </w:rPr>
              <w:t>lità per le sue complesse caratteristiche organolettiche.</w:t>
            </w:r>
          </w:p>
          <w:p w14:paraId="65599868" w14:textId="77777777" w:rsidR="003E5988" w:rsidRPr="003A52A0" w:rsidRDefault="003E5988" w:rsidP="00687449">
            <w:pPr>
              <w:pStyle w:val="Titolo1"/>
              <w:spacing w:before="0" w:line="240" w:lineRule="auto"/>
              <w:rPr>
                <w:color w:val="D6AD00"/>
                <w:lang w:val="it-IT"/>
              </w:rPr>
            </w:pPr>
            <w:r w:rsidRPr="003A52A0">
              <w:rPr>
                <w:color w:val="D6AD00"/>
                <w:lang w:val="it-IT"/>
              </w:rPr>
              <w:t>FORMATI DISPONIBILI</w:t>
            </w:r>
          </w:p>
          <w:p w14:paraId="3938C990" w14:textId="77777777" w:rsidR="003E5988" w:rsidRPr="00FC701E" w:rsidRDefault="003E5988" w:rsidP="00687449">
            <w:pPr>
              <w:spacing w:after="100" w:afterAutospacing="1" w:line="120" w:lineRule="atLeast"/>
              <w:contextualSpacing/>
              <w:rPr>
                <w:sz w:val="21"/>
                <w:szCs w:val="21"/>
                <w:lang w:val="it-IT"/>
              </w:rPr>
            </w:pPr>
            <w:r w:rsidRPr="00FC701E">
              <w:rPr>
                <w:sz w:val="21"/>
                <w:szCs w:val="21"/>
                <w:lang w:val="it-IT"/>
              </w:rPr>
              <w:t>100 ml – 250 ml – 500 ml</w:t>
            </w:r>
          </w:p>
          <w:p w14:paraId="529975D9" w14:textId="77777777" w:rsidR="003E5988" w:rsidRPr="00ED28D6" w:rsidRDefault="003E5988" w:rsidP="00687449">
            <w:pPr>
              <w:pStyle w:val="Titolo1"/>
              <w:tabs>
                <w:tab w:val="left" w:pos="2595"/>
              </w:tabs>
              <w:spacing w:before="120" w:line="120" w:lineRule="atLeast"/>
              <w:contextualSpacing/>
              <w:rPr>
                <w:color w:val="76923C" w:themeColor="accent3" w:themeShade="BF"/>
                <w:lang w:val="it-IT"/>
              </w:rPr>
            </w:pPr>
            <w:r w:rsidRPr="003A52A0">
              <w:rPr>
                <w:color w:val="D6AD00"/>
                <w:lang w:val="it-IT"/>
              </w:rPr>
              <w:t>CONSERVAZIONE</w:t>
            </w:r>
            <w:r w:rsidR="00687449">
              <w:rPr>
                <w:color w:val="76923C" w:themeColor="accent3" w:themeShade="BF"/>
                <w:lang w:val="it-IT"/>
              </w:rPr>
              <w:tab/>
            </w:r>
          </w:p>
          <w:p w14:paraId="2953A58F" w14:textId="04113907" w:rsidR="009A1B1D" w:rsidRPr="00FC701E" w:rsidRDefault="003E5988" w:rsidP="009A1B1D">
            <w:pPr>
              <w:spacing w:after="0" w:line="120" w:lineRule="atLeast"/>
              <w:rPr>
                <w:sz w:val="21"/>
                <w:szCs w:val="21"/>
                <w:lang w:val="it-IT"/>
              </w:rPr>
            </w:pPr>
            <w:r w:rsidRPr="00FC701E">
              <w:rPr>
                <w:sz w:val="21"/>
                <w:szCs w:val="21"/>
                <w:lang w:val="it-IT"/>
              </w:rPr>
              <w:t>Conservare al riparo da luce e fonti di calore.</w:t>
            </w:r>
            <w:r w:rsidRPr="00FC701E">
              <w:rPr>
                <w:sz w:val="21"/>
                <w:szCs w:val="21"/>
                <w:lang w:val="it-IT"/>
              </w:rPr>
              <w:br/>
              <w:t>Temperatura ideale: 12–18 °C</w:t>
            </w:r>
          </w:p>
          <w:p w14:paraId="15C47054" w14:textId="77777777" w:rsidR="003A52A0" w:rsidRDefault="003A52A0" w:rsidP="009A1B1D">
            <w:pPr>
              <w:spacing w:after="0" w:line="120" w:lineRule="atLeast"/>
              <w:rPr>
                <w:lang w:val="it-IT"/>
              </w:rPr>
            </w:pPr>
          </w:p>
          <w:p w14:paraId="09033AAA" w14:textId="10B42E6E" w:rsidR="009A1B1D" w:rsidRPr="009A1B1D" w:rsidRDefault="009A1B1D" w:rsidP="009A1B1D">
            <w:pPr>
              <w:spacing w:after="0" w:line="120" w:lineRule="atLeast"/>
              <w:rPr>
                <w:rFonts w:eastAsia="Times New Roman" w:cs="Times New Roman"/>
                <w:b/>
                <w:color w:val="76923C" w:themeColor="accent3" w:themeShade="BF"/>
                <w:lang w:val="it-IT" w:eastAsia="it-IT"/>
              </w:rPr>
            </w:pPr>
            <w:r w:rsidRPr="009A1B1D">
              <w:rPr>
                <w:b/>
                <w:lang w:val="it-IT"/>
              </w:rPr>
              <w:t>Non contiene allergeni né OGM.</w:t>
            </w:r>
          </w:p>
        </w:tc>
      </w:tr>
    </w:tbl>
    <w:p w14:paraId="5FDF9CBE" w14:textId="77777777" w:rsidR="00FD0F12" w:rsidRDefault="00842A17" w:rsidP="003461C5">
      <w:pPr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63360" behindDoc="1" locked="0" layoutInCell="1" allowOverlap="1" wp14:anchorId="168CA737" wp14:editId="674D6DCA">
            <wp:simplePos x="0" y="0"/>
            <wp:positionH relativeFrom="column">
              <wp:posOffset>342900</wp:posOffset>
            </wp:positionH>
            <wp:positionV relativeFrom="paragraph">
              <wp:posOffset>-11430</wp:posOffset>
            </wp:positionV>
            <wp:extent cx="4773295" cy="1591310"/>
            <wp:effectExtent l="0" t="0" r="8255" b="8890"/>
            <wp:wrapThrough wrapText="bothSides">
              <wp:wrapPolygon edited="0">
                <wp:start x="0" y="0"/>
                <wp:lineTo x="0" y="21462"/>
                <wp:lineTo x="21551" y="21462"/>
                <wp:lineTo x="21551" y="0"/>
                <wp:lineTo x="0" y="0"/>
              </wp:wrapPolygon>
            </wp:wrapThrough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CFC9E" w14:textId="77777777" w:rsidR="00842A17" w:rsidRDefault="00842A17" w:rsidP="003461C5">
      <w:pPr>
        <w:rPr>
          <w:lang w:val="it-IT"/>
        </w:rPr>
      </w:pPr>
    </w:p>
    <w:p w14:paraId="5BC3F9D6" w14:textId="77777777" w:rsidR="00842A17" w:rsidRDefault="00842A17" w:rsidP="003461C5">
      <w:pPr>
        <w:rPr>
          <w:lang w:val="it-IT"/>
        </w:rPr>
      </w:pPr>
    </w:p>
    <w:p w14:paraId="085468AD" w14:textId="77777777" w:rsidR="00842A17" w:rsidRDefault="00842A17" w:rsidP="003461C5">
      <w:pPr>
        <w:rPr>
          <w:lang w:val="it-IT"/>
        </w:rPr>
      </w:pPr>
    </w:p>
    <w:p w14:paraId="294077D6" w14:textId="351AC616" w:rsidR="00842A17" w:rsidRPr="003A52A0" w:rsidRDefault="00842A17" w:rsidP="001F3EA5">
      <w:pPr>
        <w:pStyle w:val="Titolo"/>
        <w:jc w:val="center"/>
        <w:rPr>
          <w:color w:val="D6AD00"/>
          <w:lang w:val="it-IT"/>
        </w:rPr>
      </w:pPr>
      <w:r w:rsidRPr="003A52A0">
        <w:rPr>
          <w:color w:val="D6AD00"/>
          <w:lang w:val="it-IT"/>
        </w:rPr>
        <w:t xml:space="preserve">TERRAE DI SCHINOSA – </w:t>
      </w:r>
      <w:r w:rsidR="003A52A0" w:rsidRPr="003A52A0">
        <w:rPr>
          <w:color w:val="D6AD00"/>
          <w:lang w:val="it-IT"/>
        </w:rPr>
        <w:t>LA PERANZANA</w:t>
      </w:r>
    </w:p>
    <w:p w14:paraId="64C713D3" w14:textId="5038E79C" w:rsidR="003461C5" w:rsidRPr="003A52A0" w:rsidRDefault="002D04FD" w:rsidP="000E0AAC">
      <w:pPr>
        <w:rPr>
          <w:rFonts w:ascii="Calibri" w:hAnsi="Calibri" w:cs="Calibri"/>
          <w:b/>
          <w:color w:val="D6AD00"/>
          <w:sz w:val="28"/>
          <w:szCs w:val="28"/>
          <w:lang w:val="it-IT"/>
        </w:rPr>
      </w:pPr>
      <w:r w:rsidRPr="003A52A0">
        <w:rPr>
          <w:noProof/>
          <w:color w:val="D6AD00"/>
          <w:lang w:val="it-IT" w:eastAsia="it-IT"/>
        </w:rPr>
        <w:drawing>
          <wp:anchor distT="0" distB="0" distL="114300" distR="114300" simplePos="0" relativeHeight="251661824" behindDoc="1" locked="0" layoutInCell="1" allowOverlap="1" wp14:anchorId="36246CA0" wp14:editId="72E77F4D">
            <wp:simplePos x="0" y="0"/>
            <wp:positionH relativeFrom="column">
              <wp:posOffset>1068070</wp:posOffset>
            </wp:positionH>
            <wp:positionV relativeFrom="paragraph">
              <wp:posOffset>137160</wp:posOffset>
            </wp:positionV>
            <wp:extent cx="7196455" cy="9254490"/>
            <wp:effectExtent l="0" t="0" r="4445" b="381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E SCHINOSA_filigrana.png"/>
                    <pic:cNvPicPr/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 trans="8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925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A17" w:rsidRPr="003A52A0">
        <w:rPr>
          <w:rFonts w:ascii="Calibri" w:hAnsi="Calibri" w:cs="Calibri"/>
          <w:b/>
          <w:color w:val="D6AD00"/>
          <w:sz w:val="28"/>
          <w:szCs w:val="28"/>
          <w:lang w:val="it-IT"/>
        </w:rPr>
        <w:t xml:space="preserve">PREMI </w:t>
      </w:r>
      <w:r w:rsidR="003461C5" w:rsidRPr="003A52A0">
        <w:rPr>
          <w:color w:val="D6AD00"/>
          <w:lang w:val="it-IT"/>
        </w:rPr>
        <w:t xml:space="preserve"> </w:t>
      </w:r>
    </w:p>
    <w:p w14:paraId="5BC2470E" w14:textId="1259FF45" w:rsidR="003461C5" w:rsidRDefault="003461C5" w:rsidP="001F3EA5">
      <w:pPr>
        <w:spacing w:after="0" w:line="240" w:lineRule="atLeast"/>
        <w:contextualSpacing/>
        <w:rPr>
          <w:lang w:val="it-IT"/>
        </w:rPr>
      </w:pPr>
      <w:r w:rsidRPr="003461C5">
        <w:rPr>
          <w:lang w:val="it-IT"/>
        </w:rPr>
        <w:t>•</w:t>
      </w:r>
      <w:r w:rsidRPr="003461C5">
        <w:rPr>
          <w:lang w:val="it-IT"/>
        </w:rPr>
        <w:tab/>
        <w:t>Tre foglie Gambero rosso 2025</w:t>
      </w:r>
    </w:p>
    <w:p w14:paraId="472CC5CB" w14:textId="77777777" w:rsidR="00ED28D6" w:rsidRDefault="00ED28D6" w:rsidP="003461C5">
      <w:pPr>
        <w:rPr>
          <w:lang w:val="it-IT"/>
        </w:rPr>
      </w:pPr>
    </w:p>
    <w:p w14:paraId="4FE2137A" w14:textId="77777777" w:rsidR="00ED28D6" w:rsidRDefault="00ED28D6" w:rsidP="003461C5">
      <w:pPr>
        <w:rPr>
          <w:lang w:val="it-IT"/>
        </w:rPr>
      </w:pPr>
    </w:p>
    <w:p w14:paraId="2F11FE85" w14:textId="05685ECF" w:rsidR="001F3EA5" w:rsidRPr="003A52A0" w:rsidRDefault="001F3EA5" w:rsidP="001F3EA5">
      <w:pPr>
        <w:pStyle w:val="Titolo1"/>
        <w:spacing w:before="120" w:line="240" w:lineRule="auto"/>
        <w:contextualSpacing/>
        <w:rPr>
          <w:rStyle w:val="Enfasigrassetto"/>
          <w:b/>
          <w:bCs/>
          <w:color w:val="D6AD00"/>
          <w:lang w:val="it-IT"/>
        </w:rPr>
      </w:pPr>
      <w:r w:rsidRPr="003A52A0">
        <w:rPr>
          <w:rStyle w:val="Enfasigrassetto"/>
          <w:b/>
          <w:bCs/>
          <w:color w:val="D6AD00"/>
          <w:lang w:val="it-IT"/>
        </w:rPr>
        <w:t xml:space="preserve">TERRAE DI SCHINOSA – </w:t>
      </w:r>
      <w:r w:rsidR="003A52A0" w:rsidRPr="003A52A0">
        <w:rPr>
          <w:rStyle w:val="Enfasigrassetto"/>
          <w:b/>
          <w:bCs/>
          <w:color w:val="D6AD00"/>
          <w:lang w:val="it-IT"/>
        </w:rPr>
        <w:t>LA PERANZANA</w:t>
      </w:r>
    </w:p>
    <w:p w14:paraId="605E0DEE" w14:textId="77777777" w:rsidR="001F3EA5" w:rsidRPr="001F3EA5" w:rsidRDefault="001F3EA5" w:rsidP="001F3EA5">
      <w:pPr>
        <w:pStyle w:val="Titolo3"/>
        <w:spacing w:before="0" w:line="120" w:lineRule="atLeast"/>
        <w:contextualSpacing/>
        <w:rPr>
          <w:color w:val="auto"/>
          <w:lang w:val="it-IT"/>
        </w:rPr>
      </w:pPr>
      <w:r w:rsidRPr="001F3EA5">
        <w:rPr>
          <w:color w:val="auto"/>
          <w:lang w:val="it-IT"/>
        </w:rPr>
        <w:t>Dati Logistici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8"/>
        <w:gridCol w:w="1202"/>
        <w:gridCol w:w="1536"/>
        <w:gridCol w:w="1217"/>
      </w:tblGrid>
      <w:tr w:rsidR="001F3EA5" w14:paraId="14D48731" w14:textId="77777777" w:rsidTr="001F3EA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3494698" w14:textId="77777777" w:rsidR="001F3EA5" w:rsidRPr="001F3EA5" w:rsidRDefault="001F3EA5" w:rsidP="001F3EA5">
            <w:pPr>
              <w:spacing w:after="0" w:line="120" w:lineRule="atLeast"/>
              <w:contextualSpacing/>
              <w:jc w:val="center"/>
              <w:rPr>
                <w:b/>
                <w:bCs/>
                <w:sz w:val="24"/>
                <w:szCs w:val="24"/>
                <w:lang w:val="it-IT"/>
              </w:rPr>
            </w:pPr>
          </w:p>
        </w:tc>
        <w:tc>
          <w:tcPr>
            <w:tcW w:w="0" w:type="auto"/>
            <w:vAlign w:val="center"/>
            <w:hideMark/>
          </w:tcPr>
          <w:p w14:paraId="7D25F49B" w14:textId="77777777" w:rsidR="001F3EA5" w:rsidRDefault="001F3EA5" w:rsidP="002016C0">
            <w:pPr>
              <w:spacing w:after="0" w:line="120" w:lineRule="atLeast"/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100 ml</w:t>
            </w:r>
          </w:p>
        </w:tc>
        <w:tc>
          <w:tcPr>
            <w:tcW w:w="0" w:type="auto"/>
            <w:vAlign w:val="center"/>
            <w:hideMark/>
          </w:tcPr>
          <w:p w14:paraId="3425D1C6" w14:textId="77777777" w:rsidR="001F3EA5" w:rsidRDefault="001F3EA5" w:rsidP="002016C0">
            <w:pPr>
              <w:spacing w:after="0" w:line="120" w:lineRule="atLeast"/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250 ml</w:t>
            </w:r>
          </w:p>
        </w:tc>
        <w:tc>
          <w:tcPr>
            <w:tcW w:w="0" w:type="auto"/>
            <w:vAlign w:val="center"/>
            <w:hideMark/>
          </w:tcPr>
          <w:p w14:paraId="29ED6F53" w14:textId="77777777" w:rsidR="001F3EA5" w:rsidRDefault="001F3EA5" w:rsidP="002016C0">
            <w:pPr>
              <w:spacing w:after="0" w:line="120" w:lineRule="atLeast"/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500 ml</w:t>
            </w:r>
          </w:p>
        </w:tc>
      </w:tr>
      <w:tr w:rsidR="001F3EA5" w14:paraId="2FE1C661" w14:textId="77777777" w:rsidTr="001F3E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531394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rPr>
                <w:rStyle w:val="Enfasigrassetto"/>
              </w:rPr>
              <w:t>Cod.</w:t>
            </w:r>
          </w:p>
        </w:tc>
        <w:tc>
          <w:tcPr>
            <w:tcW w:w="0" w:type="auto"/>
            <w:vAlign w:val="center"/>
            <w:hideMark/>
          </w:tcPr>
          <w:p w14:paraId="6622F81E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CO100</w:t>
            </w:r>
          </w:p>
        </w:tc>
        <w:tc>
          <w:tcPr>
            <w:tcW w:w="0" w:type="auto"/>
            <w:vAlign w:val="center"/>
            <w:hideMark/>
          </w:tcPr>
          <w:p w14:paraId="6695918E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CO250</w:t>
            </w:r>
          </w:p>
        </w:tc>
        <w:tc>
          <w:tcPr>
            <w:tcW w:w="0" w:type="auto"/>
            <w:vAlign w:val="center"/>
            <w:hideMark/>
          </w:tcPr>
          <w:p w14:paraId="12FDDBB1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CO500</w:t>
            </w:r>
          </w:p>
        </w:tc>
      </w:tr>
      <w:tr w:rsidR="001F3EA5" w14:paraId="724E9C3A" w14:textId="77777777" w:rsidTr="001F3E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84501B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rPr>
                <w:rStyle w:val="Enfasigrassetto"/>
              </w:rPr>
              <w:t>Peso</w:t>
            </w:r>
          </w:p>
        </w:tc>
        <w:tc>
          <w:tcPr>
            <w:tcW w:w="0" w:type="auto"/>
            <w:vAlign w:val="center"/>
            <w:hideMark/>
          </w:tcPr>
          <w:p w14:paraId="0601DF9F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240 g</w:t>
            </w:r>
          </w:p>
        </w:tc>
        <w:tc>
          <w:tcPr>
            <w:tcW w:w="0" w:type="auto"/>
            <w:vAlign w:val="center"/>
            <w:hideMark/>
          </w:tcPr>
          <w:p w14:paraId="10EC9900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498 g</w:t>
            </w:r>
          </w:p>
        </w:tc>
        <w:tc>
          <w:tcPr>
            <w:tcW w:w="0" w:type="auto"/>
            <w:vAlign w:val="center"/>
            <w:hideMark/>
          </w:tcPr>
          <w:p w14:paraId="5FB65E5A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928 g</w:t>
            </w:r>
          </w:p>
        </w:tc>
      </w:tr>
      <w:tr w:rsidR="001F3EA5" w14:paraId="65DCB976" w14:textId="77777777" w:rsidTr="001F3E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CC4EBC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rPr>
                <w:rStyle w:val="Enfasigrassetto"/>
              </w:rPr>
              <w:t>Dim. (cm)</w:t>
            </w:r>
          </w:p>
        </w:tc>
        <w:tc>
          <w:tcPr>
            <w:tcW w:w="0" w:type="auto"/>
            <w:vAlign w:val="center"/>
            <w:hideMark/>
          </w:tcPr>
          <w:p w14:paraId="54F57144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4×4×18H</w:t>
            </w:r>
          </w:p>
        </w:tc>
        <w:tc>
          <w:tcPr>
            <w:tcW w:w="0" w:type="auto"/>
            <w:vAlign w:val="center"/>
            <w:hideMark/>
          </w:tcPr>
          <w:p w14:paraId="670717EA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7×7×16H</w:t>
            </w:r>
          </w:p>
        </w:tc>
        <w:tc>
          <w:tcPr>
            <w:tcW w:w="0" w:type="auto"/>
            <w:vAlign w:val="center"/>
            <w:hideMark/>
          </w:tcPr>
          <w:p w14:paraId="162D6086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7×7×28H</w:t>
            </w:r>
          </w:p>
        </w:tc>
      </w:tr>
      <w:tr w:rsidR="001F3EA5" w14:paraId="7D9A414A" w14:textId="77777777" w:rsidTr="001F3E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C3DA54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rStyle w:val="Enfasigrassetto"/>
              </w:rPr>
              <w:t>Pz</w:t>
            </w:r>
            <w:proofErr w:type="spellEnd"/>
            <w:r>
              <w:rPr>
                <w:rStyle w:val="Enfasigrassetto"/>
              </w:rPr>
              <w:t>/</w:t>
            </w:r>
            <w:proofErr w:type="spellStart"/>
            <w:r>
              <w:rPr>
                <w:rStyle w:val="Enfasigrassetto"/>
              </w:rPr>
              <w:t>ctn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79BA905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48</w:t>
            </w:r>
          </w:p>
        </w:tc>
        <w:tc>
          <w:tcPr>
            <w:tcW w:w="0" w:type="auto"/>
            <w:vAlign w:val="center"/>
            <w:hideMark/>
          </w:tcPr>
          <w:p w14:paraId="29B02339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20</w:t>
            </w:r>
          </w:p>
        </w:tc>
        <w:tc>
          <w:tcPr>
            <w:tcW w:w="0" w:type="auto"/>
            <w:vAlign w:val="center"/>
            <w:hideMark/>
          </w:tcPr>
          <w:p w14:paraId="654405AA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12</w:t>
            </w:r>
          </w:p>
        </w:tc>
      </w:tr>
      <w:tr w:rsidR="001F3EA5" w14:paraId="65389C17" w14:textId="77777777" w:rsidTr="001F3E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C7C1B9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rPr>
                <w:rStyle w:val="Enfasigrassetto"/>
              </w:rPr>
              <w:t>Kg/</w:t>
            </w:r>
            <w:proofErr w:type="spellStart"/>
            <w:r>
              <w:rPr>
                <w:rStyle w:val="Enfasigrassetto"/>
              </w:rPr>
              <w:t>ctn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75FAA35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11,9</w:t>
            </w:r>
          </w:p>
        </w:tc>
        <w:tc>
          <w:tcPr>
            <w:tcW w:w="0" w:type="auto"/>
            <w:vAlign w:val="center"/>
            <w:hideMark/>
          </w:tcPr>
          <w:p w14:paraId="7C11581E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10,5</w:t>
            </w:r>
          </w:p>
        </w:tc>
        <w:tc>
          <w:tcPr>
            <w:tcW w:w="0" w:type="auto"/>
            <w:vAlign w:val="center"/>
            <w:hideMark/>
          </w:tcPr>
          <w:p w14:paraId="406E5ED3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11,5</w:t>
            </w:r>
          </w:p>
        </w:tc>
      </w:tr>
      <w:tr w:rsidR="001F3EA5" w14:paraId="5206DAA5" w14:textId="77777777" w:rsidTr="001F3E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C91D95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rPr>
                <w:rStyle w:val="Enfasigrassetto"/>
              </w:rPr>
              <w:t xml:space="preserve">Dim. </w:t>
            </w:r>
            <w:proofErr w:type="spellStart"/>
            <w:r>
              <w:rPr>
                <w:rStyle w:val="Enfasigrassetto"/>
              </w:rPr>
              <w:t>ctn</w:t>
            </w:r>
            <w:proofErr w:type="spellEnd"/>
            <w:r>
              <w:rPr>
                <w:rStyle w:val="Enfasigrassetto"/>
              </w:rPr>
              <w:t xml:space="preserve"> (cm)</w:t>
            </w:r>
          </w:p>
        </w:tc>
        <w:tc>
          <w:tcPr>
            <w:tcW w:w="0" w:type="auto"/>
            <w:vAlign w:val="center"/>
            <w:hideMark/>
          </w:tcPr>
          <w:p w14:paraId="0980C74E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21×29,5×35</w:t>
            </w:r>
          </w:p>
        </w:tc>
        <w:tc>
          <w:tcPr>
            <w:tcW w:w="0" w:type="auto"/>
            <w:vAlign w:val="center"/>
            <w:hideMark/>
          </w:tcPr>
          <w:p w14:paraId="2C6ABD93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26,5×28,5×34,5</w:t>
            </w:r>
          </w:p>
        </w:tc>
        <w:tc>
          <w:tcPr>
            <w:tcW w:w="0" w:type="auto"/>
            <w:vAlign w:val="center"/>
            <w:hideMark/>
          </w:tcPr>
          <w:p w14:paraId="15F779C3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17×29×25,5</w:t>
            </w:r>
          </w:p>
        </w:tc>
      </w:tr>
      <w:tr w:rsidR="001F3EA5" w14:paraId="65B2C651" w14:textId="77777777" w:rsidTr="002D04FD">
        <w:trPr>
          <w:tblCellSpacing w:w="15" w:type="dxa"/>
        </w:trPr>
        <w:tc>
          <w:tcPr>
            <w:tcW w:w="0" w:type="auto"/>
            <w:vAlign w:val="center"/>
          </w:tcPr>
          <w:p w14:paraId="6BFEDD9B" w14:textId="72F43072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B887234" w14:textId="3A5BE886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C920823" w14:textId="33BB7A9F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94EF8FC" w14:textId="321A3DA4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</w:tr>
    </w:tbl>
    <w:p w14:paraId="166F0B7D" w14:textId="77777777" w:rsidR="001F3EA5" w:rsidRDefault="001F3EA5" w:rsidP="001F3EA5">
      <w:pPr>
        <w:spacing w:after="0" w:line="120" w:lineRule="atLeast"/>
        <w:contextualSpacing/>
      </w:pPr>
    </w:p>
    <w:p w14:paraId="3D1869C4" w14:textId="77777777" w:rsidR="001F3EA5" w:rsidRPr="001F3EA5" w:rsidRDefault="001F3EA5" w:rsidP="001F3EA5">
      <w:pPr>
        <w:pStyle w:val="Titolo3"/>
        <w:spacing w:before="0" w:line="100" w:lineRule="atLeast"/>
        <w:contextualSpacing/>
        <w:rPr>
          <w:color w:val="auto"/>
        </w:rPr>
      </w:pPr>
      <w:r w:rsidRPr="001F3EA5">
        <w:rPr>
          <w:color w:val="auto"/>
        </w:rPr>
        <w:t xml:space="preserve">Pallet </w:t>
      </w:r>
      <w:proofErr w:type="gramStart"/>
      <w:r w:rsidRPr="001F3EA5">
        <w:rPr>
          <w:color w:val="auto"/>
        </w:rPr>
        <w:t>120×80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451"/>
        <w:gridCol w:w="451"/>
        <w:gridCol w:w="466"/>
      </w:tblGrid>
      <w:tr w:rsidR="001F3EA5" w14:paraId="7F8AD815" w14:textId="77777777" w:rsidTr="001F3EA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C9E563F" w14:textId="77777777" w:rsidR="001F3EA5" w:rsidRDefault="001F3EA5" w:rsidP="001F3EA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115FAB1F" w14:textId="77777777" w:rsidR="001F3EA5" w:rsidRDefault="001F3EA5" w:rsidP="001F3EA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1E347E09" w14:textId="77777777" w:rsidR="001F3EA5" w:rsidRDefault="001F3EA5" w:rsidP="001F3EA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250</w:t>
            </w:r>
          </w:p>
        </w:tc>
        <w:tc>
          <w:tcPr>
            <w:tcW w:w="0" w:type="auto"/>
            <w:vAlign w:val="center"/>
            <w:hideMark/>
          </w:tcPr>
          <w:p w14:paraId="5ED3D478" w14:textId="77777777" w:rsidR="001F3EA5" w:rsidRDefault="001F3EA5" w:rsidP="001F3EA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500</w:t>
            </w:r>
          </w:p>
        </w:tc>
      </w:tr>
      <w:tr w:rsidR="001F3EA5" w14:paraId="49D61086" w14:textId="77777777" w:rsidTr="001F3E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908B54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rStyle w:val="Enfasigrassetto"/>
              </w:rPr>
              <w:t>Ctn</w:t>
            </w:r>
            <w:proofErr w:type="spellEnd"/>
            <w:r>
              <w:rPr>
                <w:rStyle w:val="Enfasigrassetto"/>
              </w:rPr>
              <w:t>/piano</w:t>
            </w:r>
          </w:p>
        </w:tc>
        <w:tc>
          <w:tcPr>
            <w:tcW w:w="0" w:type="auto"/>
            <w:vAlign w:val="center"/>
            <w:hideMark/>
          </w:tcPr>
          <w:p w14:paraId="203DC5FF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14:paraId="7CE18F1D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14:paraId="743C56AD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10</w:t>
            </w:r>
          </w:p>
        </w:tc>
      </w:tr>
      <w:tr w:rsidR="001F3EA5" w14:paraId="794DAE87" w14:textId="77777777" w:rsidTr="001F3E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44D140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rStyle w:val="Enfasigrassetto"/>
              </w:rPr>
              <w:t>Bt</w:t>
            </w:r>
            <w:proofErr w:type="spellEnd"/>
            <w:r>
              <w:rPr>
                <w:rStyle w:val="Enfasigrassetto"/>
              </w:rPr>
              <w:t>/piano</w:t>
            </w:r>
          </w:p>
        </w:tc>
        <w:tc>
          <w:tcPr>
            <w:tcW w:w="0" w:type="auto"/>
            <w:vAlign w:val="center"/>
            <w:hideMark/>
          </w:tcPr>
          <w:p w14:paraId="4F1C65A8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384</w:t>
            </w:r>
          </w:p>
        </w:tc>
        <w:tc>
          <w:tcPr>
            <w:tcW w:w="0" w:type="auto"/>
            <w:vAlign w:val="center"/>
            <w:hideMark/>
          </w:tcPr>
          <w:p w14:paraId="0F74BCF8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160</w:t>
            </w:r>
          </w:p>
        </w:tc>
        <w:tc>
          <w:tcPr>
            <w:tcW w:w="0" w:type="auto"/>
            <w:vAlign w:val="center"/>
            <w:hideMark/>
          </w:tcPr>
          <w:p w14:paraId="0C822EE5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120</w:t>
            </w:r>
          </w:p>
        </w:tc>
      </w:tr>
    </w:tbl>
    <w:p w14:paraId="342D58BF" w14:textId="77777777" w:rsidR="00C44019" w:rsidRDefault="00C44019" w:rsidP="001F3EA5">
      <w:pPr>
        <w:pStyle w:val="Titolo3"/>
        <w:spacing w:before="0" w:line="100" w:lineRule="atLeast"/>
        <w:contextualSpacing/>
        <w:rPr>
          <w:color w:val="auto"/>
        </w:rPr>
      </w:pPr>
    </w:p>
    <w:p w14:paraId="4AB259D9" w14:textId="77777777" w:rsidR="001F3EA5" w:rsidRPr="001F3EA5" w:rsidRDefault="001F3EA5" w:rsidP="001F3EA5">
      <w:pPr>
        <w:pStyle w:val="Titolo3"/>
        <w:spacing w:before="0" w:line="100" w:lineRule="atLeast"/>
        <w:contextualSpacing/>
        <w:rPr>
          <w:color w:val="auto"/>
        </w:rPr>
      </w:pPr>
      <w:r w:rsidRPr="001F3EA5">
        <w:rPr>
          <w:color w:val="auto"/>
        </w:rPr>
        <w:t>Pallet 120×100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451"/>
        <w:gridCol w:w="451"/>
        <w:gridCol w:w="466"/>
      </w:tblGrid>
      <w:tr w:rsidR="001F3EA5" w14:paraId="027FD4E5" w14:textId="77777777" w:rsidTr="001F3EA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72DB818" w14:textId="77777777" w:rsidR="001F3EA5" w:rsidRDefault="001F3EA5" w:rsidP="001F3EA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FFC3786" w14:textId="77777777" w:rsidR="001F3EA5" w:rsidRDefault="001F3EA5" w:rsidP="001F3EA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39EB0278" w14:textId="77777777" w:rsidR="001F3EA5" w:rsidRDefault="001F3EA5" w:rsidP="001F3EA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250</w:t>
            </w:r>
          </w:p>
        </w:tc>
        <w:tc>
          <w:tcPr>
            <w:tcW w:w="0" w:type="auto"/>
            <w:vAlign w:val="center"/>
            <w:hideMark/>
          </w:tcPr>
          <w:p w14:paraId="07CA99ED" w14:textId="77777777" w:rsidR="001F3EA5" w:rsidRDefault="001F3EA5" w:rsidP="001F3EA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500</w:t>
            </w:r>
          </w:p>
        </w:tc>
      </w:tr>
      <w:tr w:rsidR="001F3EA5" w14:paraId="77E395E7" w14:textId="77777777" w:rsidTr="001F3E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1706B7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rStyle w:val="Enfasigrassetto"/>
              </w:rPr>
              <w:t>Ctn</w:t>
            </w:r>
            <w:proofErr w:type="spellEnd"/>
            <w:r>
              <w:rPr>
                <w:rStyle w:val="Enfasigrassetto"/>
              </w:rPr>
              <w:t>/piano</w:t>
            </w:r>
          </w:p>
        </w:tc>
        <w:tc>
          <w:tcPr>
            <w:tcW w:w="0" w:type="auto"/>
            <w:vAlign w:val="center"/>
            <w:hideMark/>
          </w:tcPr>
          <w:p w14:paraId="77699D28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0" w:type="auto"/>
            <w:vAlign w:val="center"/>
            <w:hideMark/>
          </w:tcPr>
          <w:p w14:paraId="29BEF00F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0" w:type="auto"/>
            <w:vAlign w:val="center"/>
            <w:hideMark/>
          </w:tcPr>
          <w:p w14:paraId="1D0C31EA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15</w:t>
            </w:r>
          </w:p>
        </w:tc>
      </w:tr>
      <w:tr w:rsidR="001F3EA5" w14:paraId="794CDA5F" w14:textId="77777777" w:rsidTr="001F3E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FAAC16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rStyle w:val="Enfasigrassetto"/>
              </w:rPr>
              <w:t>Bt</w:t>
            </w:r>
            <w:proofErr w:type="spellEnd"/>
            <w:r>
              <w:rPr>
                <w:rStyle w:val="Enfasigrassetto"/>
              </w:rPr>
              <w:t>/piano</w:t>
            </w:r>
          </w:p>
        </w:tc>
        <w:tc>
          <w:tcPr>
            <w:tcW w:w="0" w:type="auto"/>
            <w:vAlign w:val="center"/>
            <w:hideMark/>
          </w:tcPr>
          <w:p w14:paraId="5BA8BADB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432</w:t>
            </w:r>
          </w:p>
        </w:tc>
        <w:tc>
          <w:tcPr>
            <w:tcW w:w="0" w:type="auto"/>
            <w:vAlign w:val="center"/>
            <w:hideMark/>
          </w:tcPr>
          <w:p w14:paraId="73154EEE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180</w:t>
            </w:r>
          </w:p>
        </w:tc>
        <w:tc>
          <w:tcPr>
            <w:tcW w:w="0" w:type="auto"/>
            <w:vAlign w:val="center"/>
            <w:hideMark/>
          </w:tcPr>
          <w:p w14:paraId="1381E578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180</w:t>
            </w:r>
          </w:p>
        </w:tc>
      </w:tr>
    </w:tbl>
    <w:p w14:paraId="14626E0B" w14:textId="77777777" w:rsidR="0003006D" w:rsidRPr="003E5988" w:rsidRDefault="0003006D" w:rsidP="001F3EA5">
      <w:pPr>
        <w:pStyle w:val="Titolo1"/>
        <w:spacing w:before="0" w:line="100" w:lineRule="atLeast"/>
        <w:contextualSpacing/>
        <w:rPr>
          <w:lang w:val="it-IT"/>
        </w:rPr>
      </w:pPr>
    </w:p>
    <w:sectPr w:rsidR="0003006D" w:rsidRPr="003E5988" w:rsidSect="00687449">
      <w:pgSz w:w="12240" w:h="15840"/>
      <w:pgMar w:top="993" w:right="1800" w:bottom="851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78675163">
    <w:abstractNumId w:val="8"/>
  </w:num>
  <w:num w:numId="2" w16cid:durableId="1206023569">
    <w:abstractNumId w:val="6"/>
  </w:num>
  <w:num w:numId="3" w16cid:durableId="862286831">
    <w:abstractNumId w:val="5"/>
  </w:num>
  <w:num w:numId="4" w16cid:durableId="1602227797">
    <w:abstractNumId w:val="4"/>
  </w:num>
  <w:num w:numId="5" w16cid:durableId="1808476449">
    <w:abstractNumId w:val="7"/>
  </w:num>
  <w:num w:numId="6" w16cid:durableId="1487938514">
    <w:abstractNumId w:val="3"/>
  </w:num>
  <w:num w:numId="7" w16cid:durableId="1581328281">
    <w:abstractNumId w:val="2"/>
  </w:num>
  <w:num w:numId="8" w16cid:durableId="254940013">
    <w:abstractNumId w:val="1"/>
  </w:num>
  <w:num w:numId="9" w16cid:durableId="284317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3F76"/>
    <w:rsid w:val="0003006D"/>
    <w:rsid w:val="00034616"/>
    <w:rsid w:val="0006063C"/>
    <w:rsid w:val="000C3838"/>
    <w:rsid w:val="000E0AAC"/>
    <w:rsid w:val="0015074B"/>
    <w:rsid w:val="001509FC"/>
    <w:rsid w:val="001C4A5D"/>
    <w:rsid w:val="001F388E"/>
    <w:rsid w:val="001F3EA5"/>
    <w:rsid w:val="002016C0"/>
    <w:rsid w:val="0024672A"/>
    <w:rsid w:val="0029639D"/>
    <w:rsid w:val="002D04FD"/>
    <w:rsid w:val="002D2989"/>
    <w:rsid w:val="00326F90"/>
    <w:rsid w:val="00343DA6"/>
    <w:rsid w:val="003461C5"/>
    <w:rsid w:val="003473AD"/>
    <w:rsid w:val="003A52A0"/>
    <w:rsid w:val="003E2EC4"/>
    <w:rsid w:val="003E5988"/>
    <w:rsid w:val="003F53AB"/>
    <w:rsid w:val="00421846"/>
    <w:rsid w:val="004F0CE0"/>
    <w:rsid w:val="00687449"/>
    <w:rsid w:val="007669A5"/>
    <w:rsid w:val="00774188"/>
    <w:rsid w:val="007F1AD0"/>
    <w:rsid w:val="00842A17"/>
    <w:rsid w:val="00861FD6"/>
    <w:rsid w:val="008A1DE9"/>
    <w:rsid w:val="009A1B1D"/>
    <w:rsid w:val="00A22344"/>
    <w:rsid w:val="00A754DC"/>
    <w:rsid w:val="00AA1D8D"/>
    <w:rsid w:val="00B37726"/>
    <w:rsid w:val="00B47730"/>
    <w:rsid w:val="00C44019"/>
    <w:rsid w:val="00C82FC3"/>
    <w:rsid w:val="00CB0664"/>
    <w:rsid w:val="00D63EBE"/>
    <w:rsid w:val="00D87333"/>
    <w:rsid w:val="00D95827"/>
    <w:rsid w:val="00DD46EE"/>
    <w:rsid w:val="00DD5676"/>
    <w:rsid w:val="00E92636"/>
    <w:rsid w:val="00ED28D6"/>
    <w:rsid w:val="00FA1786"/>
    <w:rsid w:val="00FA31DE"/>
    <w:rsid w:val="00FC693F"/>
    <w:rsid w:val="00FC701E"/>
    <w:rsid w:val="00FD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4:docId w14:val="048D6130"/>
  <w14:defaultImageDpi w14:val="300"/>
  <w15:docId w15:val="{241AF36A-7E98-4E68-80ED-195AA964E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1FD6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1F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47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0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0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0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3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1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9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6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6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1DBFCE-B626-42A3-B2FA-DAA1F244E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266</Words>
  <Characters>1378</Characters>
  <Application>Microsoft Office Word</Application>
  <DocSecurity>0</DocSecurity>
  <Lines>137</Lines>
  <Paragraphs>91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maria francesca di martino</cp:lastModifiedBy>
  <cp:revision>7</cp:revision>
  <cp:lastPrinted>2026-02-18T20:53:00Z</cp:lastPrinted>
  <dcterms:created xsi:type="dcterms:W3CDTF">2026-02-21T11:30:00Z</dcterms:created>
  <dcterms:modified xsi:type="dcterms:W3CDTF">2026-03-05T17:49:00Z</dcterms:modified>
</cp:coreProperties>
</file>